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2025年品质知识基础试题及答案</w:t>
      </w:r>
    </w:p>
    <w:p>
      <w:r>
        <w:br/>
        <w:t xml:space="preserve"> 一、单项选择题（共10题，每题2分，共20分）</w:t>
        <w:br/>
        <w:br/>
        <w:t>1. 下列哪项不属于质量管理的基本原则？</w:t>
        <w:br/>
        <w:br/>
        <w:t>A. 以顾客为关注焦点</w:t>
        <w:br/>
        <w:br/>
        <w:t>B. 领导作用</w:t>
        <w:br/>
        <w:br/>
        <w:t>C. 全员参与</w:t>
        <w:br/>
        <w:br/>
        <w:t>D. 追求利润最大化</w:t>
        <w:br/>
        <w:br/>
        <w:t>2. PDCA循环中的"P"代表什么？</w:t>
        <w:br/>
        <w:br/>
        <w:t>A. Plan（计划）</w:t>
        <w:br/>
        <w:br/>
        <w:t>B. Do（执行）</w:t>
        <w:br/>
        <w:br/>
        <w:t>C. Check（检查）</w:t>
        <w:br/>
        <w:br/>
        <w:t>D. Act（处理）</w:t>
        <w:br/>
        <w:br/>
        <w:t>3. ISO 9001是关于什么的国际标准？</w:t>
        <w:br/>
        <w:br/>
        <w:t>A. 环境管理体系</w:t>
        <w:br/>
        <w:br/>
        <w:t>B. 质量管理体系</w:t>
        <w:br/>
        <w:br/>
        <w:t>C. 职业健康安全管理体系</w:t>
        <w:br/>
        <w:br/>
        <w:t>D. 信息安全管理体系</w:t>
        <w:br/>
        <w:br/>
        <w:t>4. 在质量控制中，下列哪项工具用于识别问题的可能原因？</w:t>
        <w:br/>
        <w:br/>
        <w:t>A. 直方图</w:t>
        <w:br/>
        <w:br/>
        <w:t>B. 帕累托图</w:t>
        <w:br/>
        <w:br/>
        <w:t>C. 鱼骨图</w:t>
        <w:br/>
        <w:br/>
        <w:t>D. 散点图</w:t>
        <w:br/>
        <w:br/>
        <w:t>5. 下列哪项是六西格玛管理的主要目标？</w:t>
        <w:br/>
        <w:br/>
        <w:t>A. 将产品缺陷率降低到百万分之3.4</w:t>
        <w:br/>
        <w:br/>
        <w:t>B. 将产品缺陷率降低到千分之3.4</w:t>
        <w:br/>
        <w:br/>
        <w:t>C. 将产品缺陷率降低到百分之3.4</w:t>
        <w:br/>
        <w:br/>
        <w:t>D. 将产品缺陷率降低到万分之3.4</w:t>
        <w:br/>
        <w:br/>
        <w:t>6. 全面质量管理(TQM)起源于哪个国家？</w:t>
        <w:br/>
        <w:br/>
        <w:t>A. 美国</w:t>
        <w:br/>
        <w:br/>
        <w:t>B. 日本</w:t>
        <w:br/>
        <w:br/>
        <w:t>C. 德国</w:t>
        <w:br/>
        <w:br/>
        <w:t>D. 英国</w:t>
        <w:br/>
        <w:br/>
        <w:t>7. 下列哪项不是质量成本的一部分？</w:t>
        <w:br/>
        <w:br/>
        <w:t>A. 预防成本</w:t>
        <w:br/>
        <w:br/>
        <w:t>B. 鉴定成本</w:t>
        <w:br/>
        <w:br/>
        <w:t>C. 内部失败成本</w:t>
        <w:br/>
        <w:br/>
        <w:t>D. 营销成本</w:t>
        <w:br/>
        <w:br/>
        <w:t>8. 在品质管理中，"持续改进"的理念源自于哪个质量管理大师的思想？</w:t>
        <w:br/>
        <w:br/>
        <w:t>A. 戴明</w:t>
        <w:br/>
        <w:br/>
        <w:t>B. 朱兰</w:t>
        <w:br/>
        <w:br/>
        <w:t>C. 费根堡姆</w:t>
        <w:br/>
        <w:br/>
        <w:t>D. 石川馨</w:t>
        <w:br/>
        <w:br/>
        <w:t>9. 下列哪项是实施质量管理体系的基础？</w:t>
        <w:br/>
        <w:br/>
        <w:t>A. 领导承诺</w:t>
        <w:br/>
        <w:br/>
        <w:t>B. 员工培训</w:t>
        <w:br/>
        <w:br/>
        <w:t>C. 设备更新</w:t>
        <w:br/>
        <w:br/>
        <w:t>D. 市场调研</w:t>
        <w:br/>
        <w:br/>
        <w:t>10. 在抽样检验中，AQL代表什么？</w:t>
        <w:br/>
        <w:br/>
        <w:t>A. 平均质量水平</w:t>
        <w:br/>
        <w:br/>
        <w:t>B. 可接受质量水平</w:t>
        <w:br/>
        <w:br/>
        <w:t>C. 绝对质量水平</w:t>
        <w:br/>
        <w:br/>
        <w:t>D. 平均质量极限</w:t>
        <w:br/>
        <w:br/>
        <w:t xml:space="preserve"> 二、判断题（共5题，每题2分，共10分）</w:t>
        <w:br/>
        <w:br/>
        <w:t>1. 质量是检验出来的，不是生产出来的。（ ）</w:t>
        <w:br/>
        <w:br/>
        <w:t>2. 客户满意度是衡量产品质量的唯一标准。（ ）</w:t>
        <w:br/>
        <w:br/>
        <w:t>3. 在六西格玛管理中，DMAIC代表定义、测量、分析、改进和控制。（ ）</w:t>
        <w:br/>
        <w:br/>
        <w:t>4. 质量管理体系一旦建立，就不需要定期审核和更新。（ ）</w:t>
        <w:br/>
        <w:br/>
        <w:t>5. 品质管理只关注产品本身，不关注生产过程。（ ）</w:t>
        <w:br/>
        <w:br/>
        <w:t xml:space="preserve"> 三、多项选择题（共2题，每题2分，共4分）</w:t>
        <w:br/>
        <w:br/>
        <w:t>1. 下列哪些属于质量管理七大原则？（ ）</w:t>
        <w:br/>
        <w:br/>
        <w:t>A. 以顾客为关注焦点</w:t>
        <w:br/>
        <w:br/>
        <w:t>B. 领导作用</w:t>
        <w:br/>
        <w:br/>
        <w:t>C. 全员参与</w:t>
        <w:br/>
        <w:br/>
        <w:t>D. 过程方法</w:t>
        <w:br/>
        <w:br/>
        <w:t>E. 持续改进</w:t>
        <w:br/>
        <w:br/>
        <w:t>2. 下列哪些工具属于质量管理七大工具（老七种工具）？（ ）</w:t>
        <w:br/>
        <w:br/>
        <w:t>A. 控制图</w:t>
        <w:br/>
        <w:br/>
        <w:t>B. 帕累托图</w:t>
        <w:br/>
        <w:br/>
        <w:t>C. 鱼骨图</w:t>
        <w:br/>
        <w:br/>
        <w:t>D. 散点图</w:t>
        <w:br/>
        <w:br/>
        <w:t>E. 检查表</w:t>
        <w:br/>
        <w:br/>
        <w:t xml:space="preserve"> 四、填空题（共5题，每题2分，共10分）</w:t>
        <w:br/>
        <w:br/>
        <w:t>1. 质量管理大师戴明提出了著名的______循环，是持续改进的基础。</w:t>
        <w:br/>
        <w:br/>
        <w:t>2. ISO 9001:2015标准中，基于风险的思维是______的核心概念之一。</w:t>
        <w:br/>
        <w:br/>
        <w:t>3. 在品质管理中，______是指产品或服务满足顾客需求的程度。</w:t>
        <w:br/>
        <w:br/>
        <w:t>4. 六西格玛管理中的DMAIC方法中，A代表______。</w:t>
        <w:br/>
        <w:br/>
        <w:t>5. 质量成本包括预防成本、鉴定成本、内部失败成本和______成本。</w:t>
        <w:br/>
        <w:br/>
        <w:t xml:space="preserve"> 五、简答题（共2题，每题5分，共10分）</w:t>
        <w:br/>
        <w:br/>
        <w:t>1. 简述质量管理八大原则的主要内容。</w:t>
        <w:br/>
        <w:br/>
        <w:t>2. 请说明PDCA循环的四个阶段及其在质量管理中的应用。</w:t>
        <w:br/>
        <w:br/>
        <w:t xml:space="preserve"> 一、单项选择题答案及解析</w:t>
        <w:br/>
        <w:br/>
        <w:t>1. 答案：D</w:t>
        <w:br/>
        <w:br/>
        <w:t>解析：质量管理的基本原则包括以顾客为关注焦点、领导作用、全员参与、过程方法、改进、循证决策和关系管理。追求利润最大化是企业的经营目标，不属于质量管理的基本原则。</w:t>
        <w:br/>
        <w:br/>
        <w:t>2. 答案：A</w:t>
        <w:br/>
        <w:br/>
        <w:t>解析：PDCA循环是质量管理中常用的持续改进模型，P代表Plan（计划），D代表Do（执行），C代表Check（检查），A代表Act（处理）。</w:t>
        <w:br/>
        <w:br/>
        <w:t>3. 答案：B</w:t>
        <w:br/>
        <w:br/>
        <w:t>解析：ISO 9001是国际标准化组织(ISO)发布的质量管理体系标准，用于帮助组织确保其产品和服务满足顾客要求及适用法规要求。</w:t>
        <w:br/>
        <w:br/>
        <w:t>4. 答案：C</w:t>
        <w:br/>
        <w:br/>
        <w:t>解析：鱼骨图（又称石川图或因果图）是一种用于识别问题可能原因的工具，通过图形化方式展示问题与各种可能原因之间的关系。</w:t>
        <w:br/>
        <w:br/>
        <w:t>5. 答案：A</w:t>
        <w:br/>
        <w:br/>
        <w:t>解析：六西格玛管理的主要目标是减少过程变异，将产品或服务的缺陷率降低到百万分之3.4的水平，即每百万次操作中只有3.4次缺陷。</w:t>
        <w:br/>
        <w:br/>
        <w:t>6. 答案：B</w:t>
        <w:br/>
        <w:br/>
        <w:t>解析：全面质量管理(TQM)起源于20世纪50年代的日本，由美国质量管理专家戴明、朱兰等人在日本推广发展，并被日本企业广泛应用。</w:t>
        <w:br/>
        <w:br/>
        <w:t>7. 答案：D</w:t>
        <w:br/>
        <w:br/>
        <w:t>解析：质量成本包括预防成本、鉴定成本、内部失败成本和外部失败成本。营销成本不属于质量成本的范畴。</w:t>
        <w:br/>
        <w:br/>
        <w:t>8. 答案：A</w:t>
        <w:br/>
        <w:br/>
        <w:t>解析：持续改进是戴明质量管理理念的核心思想之一，他提出了PDCA循环模型，强调通过不断循环实现质量的持续提升。</w:t>
        <w:br/>
        <w:br/>
        <w:t>9. 答案：A</w:t>
        <w:br/>
        <w:br/>
        <w:t>解析：领导承诺是实施质量管理体系的基础，只有高层管理者真正重视并承诺支持质量管理体系，才能确保体系的有效运行和持续改进。</w:t>
        <w:br/>
        <w:br/>
        <w:t>10. 答案：B</w:t>
        <w:br/>
        <w:br/>
        <w:t>解析：AQL（Acceptable Quality Limit）是可接受质量水平的缩写，在抽样检验中用于确定可接受的质量标准，表示在抽样检验中可接受的最大不合格品率或每百单位缺陷数。</w:t>
        <w:br/>
        <w:br/>
        <w:t xml:space="preserve"> 二、判断题答案及解析</w:t>
        <w:br/>
        <w:br/>
        <w:t>1. 答案：×</w:t>
        <w:br/>
        <w:br/>
        <w:t>解析：这句话是错误的。正确的理念应该是"质量是设计和制造出来的，而不是检验出来的"。检验只能发现已存在的问题，而不能从根本上提高质量。质量应该在产品设计和生产过程中得到保证。</w:t>
        <w:br/>
        <w:br/>
        <w:t>2. 答案：×</w:t>
        <w:br/>
        <w:br/>
        <w:t>解析：这句话是错误的。客户满意度是衡量产品质量的重要标准之一，但不是唯一标准。产品质量还应符合相关法规要求、行业标准、企业内部标准等。</w:t>
        <w:br/>
        <w:br/>
        <w:t>3. 答案：√</w:t>
        <w:br/>
        <w:br/>
        <w:t>解析：这句话是正确的。六西格玛管理中的DMAIC方法代表五个阶段：定义（Define）、测量（Measure）、分析（Analyze）、改进（Improve）和控制（Control）。</w:t>
        <w:br/>
        <w:br/>
        <w:t>4. 答案：×</w:t>
        <w:br/>
        <w:br/>
        <w:t>解析：这句话是错误的。质量管理体系需要定期审核和更新，以适应内外部环境的变化，确保其持续适宜性、充分性和有效性。定期审核是质量管理体系持续改进的重要环节。</w:t>
        <w:br/>
        <w:br/>
        <w:t>5. 答案：×</w:t>
        <w:br/>
        <w:br/>
        <w:t>解析：这句话是错误的。品质管理不仅关注产品本身，也关注生产过程、管理体系、人员能力等多个方面。现代质量管理强调全过程、全方位的质量控制。</w:t>
        <w:br/>
        <w:br/>
        <w:t xml:space="preserve"> 三、多项选择题答案及解析</w:t>
        <w:br/>
        <w:br/>
        <w:t>1. 答案：ABCDE</w:t>
        <w:br/>
        <w:br/>
        <w:t>解析：质量管理七大原则包括：以顾客为关注焦点、领导作用、全员参与、过程方法、改进、循证决策和关系管理。选项中的A、B、C、D、E分别对应了这七大原则中的前五项。</w:t>
        <w:br/>
        <w:br/>
        <w:t>2. 答案：ABCDE</w:t>
        <w:br/>
        <w:br/>
        <w:t>解析：质量管理七大工具（老七种工具）包括：检查表、直方图、控制图、帕累托图、鱼骨图、散点图和分层图。选项中的A、B、C、D、E分别对应了其中的五种工具。</w:t>
        <w:br/>
        <w:br/>
        <w:t xml:space="preserve"> 四、填空题答案及解析</w:t>
        <w:br/>
        <w:br/>
        <w:t>1. 答案：PDCA</w:t>
        <w:br/>
        <w:br/>
        <w:t>解析：质量管理大师戴明提出了著名的PDCA循环（Plan-Do-Check-Act），是持续改进的基础。这个循环包括计划、执行、检查和处理四个阶段，通过不断循环实现质量的持续提升。</w:t>
        <w:br/>
        <w:br/>
        <w:t>2. 答案：思维模式</w:t>
        <w:br/>
        <w:br/>
        <w:t>解析：ISO 9001:2015标准中，基于风险的思维是思维模式的核心概念之一。它要求组织在策划质量管理体系时，应考虑到风险和机遇，并采取适当的措施来应对风险和把握机遇。</w:t>
        <w:br/>
        <w:br/>
        <w:t>3. 答案：适用性</w:t>
        <w:br/>
        <w:br/>
        <w:t>解析：在品质管理中，适用性是指产品或服务满足顾客需求的程度。这是质量管理大师朱兰提出的质量定义，强调质量的核心在于满足顾客的需求和期望。</w:t>
        <w:br/>
        <w:br/>
        <w:t>4. 答案：分析</w:t>
        <w:br/>
        <w:br/>
        <w:t>解析：六西格玛管理中的DMAIC方法中，A代表分析（Analyze），即对收集的数据进行分析，找出问题的根本原因。</w:t>
        <w:br/>
        <w:br/>
        <w:t>5. 答案：外部失败</w:t>
        <w:br/>
        <w:br/>
        <w:t>解析：质量成本包括预防成本、鉴定成本、内部失败成本和外部失败成本。外部失败成本是指产品交付给顾客后因质量问题而产生的成本，如保修、退货、投诉处理等。</w:t>
        <w:br/>
        <w:br/>
        <w:t xml:space="preserve"> 五、简答题答案及解析</w:t>
        <w:br/>
        <w:br/>
        <w:t>1. 答案：</w:t>
        <w:br/>
        <w:br/>
        <w:t>质量管理八大原则的主要内容如下：</w:t>
        <w:br/>
        <w:br/>
        <w:t>（1）以顾客为关注焦点：组织依存于顾客，因此组织应当理解顾客当前和未来的需求，满足顾客要求并争取超越顾客期望。</w:t>
        <w:br/>
        <w:br/>
        <w:t>（2）领导作用：领导者确立组织统一的宗旨及方向。他们应当创造并保持使员工能充分参与实现组织目标的内部环境。</w:t>
        <w:br/>
        <w:br/>
        <w:t>（3）全员参与：各级人员都是组织之本，只有他们的充分参与，才能使他们的才干为组织带来收益。</w:t>
        <w:br/>
        <w:br/>
        <w:t>（4）过程方法：将活动和相关的资源作为过程进行管理，可以更高效地得到期望的结果。</w:t>
        <w:br/>
        <w:br/>
        <w:t>（5）管理的系统方法：将相互关联的过程作为系统加以识别、理解和管理，有助于组织提高实现目标的有效性和效率。</w:t>
        <w:br/>
        <w:br/>
        <w:t>（6）持续改进：持续改进总体业绩应当是组织的一个永恒目标。</w:t>
        <w:br/>
        <w:br/>
        <w:t>（7）基于事实的决策方法：有效决策是建立在数据和信息分析的基础上。</w:t>
        <w:br/>
        <w:br/>
        <w:t>（8）互利的供方关系：组织与供方是相互依存的，互利的关系可增强双方创造价值的能力。</w:t>
        <w:br/>
        <w:br/>
        <w:t>解析：质量管理八大原则是ISO 9000族标准的基础，为组织提供了实施质量管理的框架和指导。这些原则涵盖了从顾客关注到领导作用，从全员参与到过程方法，从系统方法到持续改进，从基于事实的决策到互利供方关系等多个方面，构成了现代质量管理的核心理念。</w:t>
        <w:br/>
        <w:br/>
        <w:t>2. 答案：</w:t>
        <w:br/>
        <w:br/>
        <w:t>PDCA循环的四个阶段及其在质量管理中的应用如下：</w:t>
        <w:br/>
        <w:br/>
        <w:t>（1）计划（Plan）：确定目标、制定计划、识别过程、确定资源需求。在质量管理中，这一阶段包括确定质量目标、制定质量计划、识别关键过程、确定所需资源和测量方法等。</w:t>
        <w:br/>
        <w:br/>
        <w:t>（2）执行（Do）：实施计划，按照制定的计划执行操作。在质量管理中，这一阶段包括按照质量计划执行操作、培训人员、配置资源、收集数据等。</w:t>
        <w:br/>
        <w:br/>
        <w:t>（3）检查（Check）：评估结果，与目标进行比较，找出差异。在质量管理中，这一阶段包括分析收集的数据、评估结果是否符合质量目标、识别问题和改进机会等。</w:t>
        <w:br/>
        <w:br/>
        <w:t>（4）处理（Act）：采取纠正和预防措施，标准化成功经验，进入下一个循环。在质量管理中，这一阶段包括采取纠正措施解决已发现的问题、标准化成功经验、制定预防措施防止问题再次发生、将经验教训应用到下一个PDCA循环等。</w:t>
        <w:br/>
        <w:br/>
        <w:t>解析：PDCA循环是质量管理中持续改进的基本方法，由美国质量管理专家戴明提出。它强调通过不断循环实现质量的持续提升。在质量管理中，PDCA循环可以应用于各个层面，从组织整体到具体过程，帮助组织系统性地解决问题、改进质量。通过PDCA循环，组织可以不断识别问题、分析原因、实施改进、评估效果，从而实现质量的持续提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