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2025年数控车工安全试题及答案</w:t>
      </w:r>
    </w:p>
    <w:p>
      <w:r>
        <w:br/>
        <w:t xml:space="preserve"> 一、单项选择题（每题2分，共10题）</w:t>
        <w:br/>
        <w:br/>
        <w:t>1. 数控车床操作前，操作人员应首先检查：</w:t>
        <w:br/>
        <w:br/>
        <w:t>A. 机床外观</w:t>
        <w:br/>
        <w:br/>
        <w:t>B. 冷却液是否充足</w:t>
        <w:br/>
        <w:br/>
        <w:t>C. 紧急停止按钮的位置和功能</w:t>
        <w:br/>
        <w:br/>
        <w:t>D. 刀具安装情况</w:t>
        <w:br/>
        <w:br/>
        <w:t>答案：C</w:t>
        <w:br/>
        <w:br/>
        <w:t>解析：数控车床操作前，操作人员首先应了解紧急停止按钮的位置和功能，这是确保安全的基本要求。虽然其他选项也很重要，但紧急停止按钮是保障人身安全的关键，一旦发生紧急情况，操作人员需要迅速找到并使用它。</w:t>
        <w:br/>
        <w:br/>
        <w:t>2. 在数控车床运行过程中，发现异常声音或振动，应：</w:t>
        <w:br/>
        <w:br/>
        <w:t>A. 立即按下紧急停止按钮</w:t>
        <w:br/>
        <w:br/>
        <w:t>B. 降低进给速度继续观察</w:t>
        <w:br/>
        <w:br/>
        <w:t>C. 记录情况后停机检查</w:t>
        <w:br/>
        <w:br/>
        <w:t>D. 调整切削参数</w:t>
        <w:br/>
        <w:br/>
        <w:t>答案：A</w:t>
        <w:br/>
        <w:br/>
        <w:t>解析：数控车床运行过程中发现异常声音或振动，可能是机床故障、刀具损坏或工件装夹不当等严重问题的征兆。此时应立即按下紧急停止按钮，防止事故扩大，然后停机检查原因。降低进给速度继续观察可能会加剧问题，记录情况后停机检查虽然合理，但不如立即停机安全。</w:t>
        <w:br/>
        <w:br/>
        <w:t>3. 数控车床操作时，操作人员应：</w:t>
        <w:br/>
        <w:br/>
        <w:t>A. 戴手套防止手被划伤</w:t>
        <w:br/>
        <w:br/>
        <w:t>B. 穿宽松舒适的衣物</w:t>
        <w:br/>
        <w:br/>
        <w:t>C. 穿戴合适的防护眼镜和紧身工作服</w:t>
        <w:br/>
        <w:br/>
        <w:t>D. 穿拖鞋以便于操作</w:t>
        <w:br/>
        <w:br/>
        <w:t>答案：C</w:t>
        <w:br/>
        <w:br/>
        <w:t>解析：数控车床操作时，操作人员应穿戴合适的防护眼镜防止切屑飞溅伤眼，穿紧身工作服避免衣物被卷入机床。戴手套可能在操作时被卷入机床造成伤害，穿拖鞋不符合工作场所安全要求。</w:t>
        <w:br/>
        <w:br/>
        <w:t>4. 数控车床的紧急停止按钮：</w:t>
        <w:br/>
        <w:br/>
        <w:t>A. 可以随时按下，不会损坏机床</w:t>
        <w:br/>
        <w:br/>
        <w:t>B. 只能在紧急情况下使用</w:t>
        <w:br/>
        <w:br/>
        <w:t>C. 按下后需要专业人员进行复位</w:t>
        <w:br/>
        <w:br/>
        <w:t>D. 以上都正确</w:t>
        <w:br/>
        <w:br/>
        <w:t>答案：D</w:t>
        <w:br/>
        <w:br/>
        <w:t>解析：数控车床的紧急停止按钮设计用于紧急情况，按下后会立即切断所有动力源，确保安全。它可以在任何需要的时候使用，不会损坏机床，但按下后通常需要专业人员进行复位，以确保问题得到解决后才能重新启动。</w:t>
        <w:br/>
        <w:br/>
        <w:t>5. 数控车床加工过程中，切屑处理应：</w:t>
        <w:br/>
        <w:br/>
        <w:t>A. 用手直接清理</w:t>
        <w:br/>
        <w:br/>
        <w:t>B. 用压缩空气吹散</w:t>
        <w:br/>
        <w:br/>
        <w:t>C. 使用专用工具清理，并确保机床停止</w:t>
        <w:br/>
        <w:br/>
        <w:t>D. 等待加工结束后集中清理</w:t>
        <w:br/>
        <w:br/>
        <w:t>答案：C</w:t>
        <w:br/>
        <w:br/>
        <w:t>解析：数控车床加工过程中产生的切屑温度高且锋利，用手直接清理或用压缩空气吹散都可能造成伤害。正确的做法是使用专用工具清理，并确保机床停止运转，确保安全。</w:t>
        <w:br/>
        <w:br/>
        <w:t>6. 数控车床电气柜门：</w:t>
        <w:br/>
        <w:br/>
        <w:t>A. 可以随时打开检查内部情况</w:t>
        <w:br/>
        <w:br/>
        <w:t>B. 只有在断电并确认安全后才能打开</w:t>
        <w:br/>
        <w:br/>
        <w:t>C. 可以在运行中打开观察</w:t>
        <w:br/>
        <w:br/>
        <w:t>D. 由专人负责，操作人员无需关注</w:t>
        <w:br/>
        <w:br/>
        <w:t>答案：B</w:t>
        <w:br/>
        <w:br/>
        <w:t>解析：数控车床电气柜内有高压电和精密电子元件，非专业人员随意打开可能导致触电或设备损坏。只有在断电并确认安全后，由授权人员才能打开电气柜进行检查和维护。</w:t>
        <w:br/>
        <w:br/>
        <w:t>7. 数控车床首次加工新零件前，应：</w:t>
        <w:br/>
        <w:br/>
        <w:t>A. 直接使用程序进行加工</w:t>
        <w:br/>
        <w:br/>
        <w:t>B. 进行空运行测试</w:t>
        <w:br/>
        <w:br/>
        <w:t>C. 提高切削速度以节省时间</w:t>
        <w:br/>
        <w:br/>
        <w:t>D. 凭经验调整参数</w:t>
        <w:br/>
        <w:br/>
        <w:t>答案：B</w:t>
        <w:br/>
        <w:br/>
        <w:t>解析：数控车床首次加工新零件前，应进行空运行测试，检查程序是否正确、刀具路径是否合理、有无碰撞风险等，确保安全后再进行实际加工。直接使用程序加工可能因程序错误导致设备损坏或安全事故。</w:t>
        <w:br/>
        <w:br/>
        <w:t>8. 数控车床工作区域应：</w:t>
        <w:br/>
        <w:br/>
        <w:t>A. 堆放一些常用工具以便随时取用</w:t>
        <w:br/>
        <w:br/>
        <w:t>B. 保持整洁，无杂物</w:t>
        <w:br/>
        <w:br/>
        <w:t>C. 放置个人物品方便使用</w:t>
        <w:br/>
        <w:br/>
        <w:t>D. 为提高效率，可以适当堆放材料</w:t>
        <w:br/>
        <w:br/>
        <w:t>答案：B</w:t>
        <w:br/>
        <w:br/>
        <w:t>解析：数控车床工作区域应保持整洁，无杂物，防止绊倒或滑倒事故。堆放工具和个人物品不仅影响操作空间，还可能成为安全隐患，不符合5S管理要求。</w:t>
        <w:br/>
        <w:br/>
        <w:t>9. 数控车床的防护罩：</w:t>
        <w:br/>
        <w:br/>
        <w:t>A. 可以根据需要拆卸以提高操作便利性</w:t>
        <w:br/>
        <w:br/>
        <w:t>B. 必须保持完整，不得随意拆卸</w:t>
        <w:br/>
        <w:br/>
        <w:t>C. 只在加工大型零件时需要安装</w:t>
        <w:br/>
        <w:br/>
        <w:t>D. 加工简单零件时可以不使用</w:t>
        <w:br/>
        <w:br/>
        <w:t>答案：B</w:t>
        <w:br/>
        <w:br/>
        <w:t>解析：数控车床的防护罩是重要的安全装置，用于防止切屑、冷却液飞溅和运动部件造成伤害。必须保持完整，不得随意拆卸，只有在维护需要且采取安全措施的情况下才能暂时移除。</w:t>
        <w:br/>
        <w:br/>
        <w:t>10. 数控车床操作人员应多久接受一次安全培训：</w:t>
        <w:br/>
        <w:br/>
        <w:t>A. 每年一次</w:t>
        <w:br/>
        <w:br/>
        <w:t>B. 每两年一次</w:t>
        <w:br/>
        <w:br/>
        <w:t>C. 每三年一次</w:t>
        <w:br/>
        <w:br/>
        <w:t>D. 只在入职时培训一次</w:t>
        <w:br/>
        <w:br/>
        <w:t>答案：A</w:t>
        <w:br/>
        <w:br/>
        <w:t>解析：根据安全生产法规和数控车床操作要求，操作人员应每年接受一次安全培训，更新安全知识，掌握新的安全操作规程，确保能够安全操作设备。</w:t>
        <w:br/>
        <w:br/>
        <w:t xml:space="preserve"> 二、判断题（每题2分，共5题）</w:t>
        <w:br/>
        <w:br/>
        <w:t>1. 数控车床运行时，操作人员可以暂时离开岗位，只要设置好自动加工程序。（ ）</w:t>
        <w:br/>
        <w:br/>
        <w:t>答案：×</w:t>
        <w:br/>
        <w:br/>
        <w:t>解析：数控车床运行时，操作人员不得擅自离开岗位，必须全程监控加工过程，以便及时发现和处理异常情况。即使设置了自动加工程序，操作人员也应留在现场，确保安全。</w:t>
        <w:br/>
        <w:br/>
        <w:t>2. 数控车床的切削液可以随意排放，无需特别处理。（ ）</w:t>
        <w:br/>
        <w:br/>
        <w:t>答案：×</w:t>
        <w:br/>
        <w:br/>
        <w:t>解析：数控车床的切削液含有化学物质，不能随意排放，应按照环保要求进行处理。随意排放会造成环境污染，违反环保法规，也可能对操作人员健康造成危害。</w:t>
        <w:br/>
        <w:br/>
        <w:t>3. 数控车床操作人员可以修改机床参数以适应不同加工需求，无需经过培训。（ ）</w:t>
        <w:br/>
        <w:br/>
        <w:t>答案：×</w:t>
        <w:br/>
        <w:br/>
        <w:t>解析：数控车床参数修改需要专业知识和经验，未经培训的操作人员随意修改参数可能导致设备故障、加工质量下降甚至安全事故。参数修改应由经过培训的授权人员进行。</w:t>
        <w:br/>
        <w:br/>
        <w:t>4. 数控车床加工过程中，可以测量工件尺寸。（ ）</w:t>
        <w:br/>
        <w:br/>
        <w:t>答案：×</w:t>
        <w:br/>
        <w:br/>
        <w:t>解析：数控车床加工过程中，测量工件尺寸必须在机床完全停止后进行，防止运动部件造成伤害。在机床运行时测量工件是非常危险的行为，可能导致严重事故。</w:t>
        <w:br/>
        <w:br/>
        <w:t>5. 数控车床的紧急停止按钮在按下后，应立即复位以恢复生产。（ ）</w:t>
        <w:br/>
        <w:br/>
        <w:t>答案：×</w:t>
        <w:br/>
        <w:br/>
        <w:t>解析：数控车床的紧急停止按钮按下后，必须查明按下原因并解决问题后，由授权人员才能复位。不能立即复位，否则可能导致相同问题再次发生，造成安全事故。</w:t>
        <w:br/>
        <w:br/>
        <w:t xml:space="preserve"> 三、多项选择题（每题2分，共2题）</w:t>
        <w:br/>
        <w:br/>
        <w:t>1. 数控车床操作人员必须穿戴的个人防护装备包括：</w:t>
        <w:br/>
        <w:br/>
        <w:t>A. 防护眼镜</w:t>
        <w:br/>
        <w:br/>
        <w:t>B. 安全帽</w:t>
        <w:br/>
        <w:br/>
        <w:t>C. 合适的工作服</w:t>
        <w:br/>
        <w:br/>
        <w:t>D. 防滑鞋</w:t>
        <w:br/>
        <w:br/>
        <w:t>E. 手套</w:t>
        <w:br/>
        <w:br/>
        <w:t>答案：A、C、D</w:t>
        <w:br/>
        <w:br/>
        <w:t>解析：数控车床操作人员必须穿戴防护眼镜防止切屑飞溅伤眼，穿合适的工作服避免衣物被卷入机床，穿防滑鞋防止滑倒。安全帽通常在特定工种或特定区域需要，不是数控车床操作的必备装备。戴手套可能在操作时被卷入机床造成伤害，一般不建议在操作旋转机床时戴手套。</w:t>
        <w:br/>
        <w:br/>
        <w:t>2. 数控车床日常维护保养应包括：</w:t>
        <w:br/>
        <w:br/>
        <w:t>A. 定期检查导轨润滑情况</w:t>
        <w:br/>
        <w:br/>
        <w:t>B. 清洁电气柜内的灰尘</w:t>
        <w:br/>
        <w:br/>
        <w:t>C. 随意调整机床参数以提高性能</w:t>
        <w:br/>
        <w:br/>
        <w:t>D. 定期检查刀具磨损情况</w:t>
        <w:br/>
        <w:br/>
        <w:t>E. 自行修改系统程序</w:t>
        <w:br/>
        <w:br/>
        <w:t>答案：A、B、D</w:t>
        <w:br/>
        <w:br/>
        <w:t>解析：数控车床日常维护保养应包括定期检查导轨润滑情况以确保机床正常运行，清洁电气柜内的灰尘防止电气故障，定期检查刀具磨损情况以保证加工质量和安全。随意调整机床参数和自行修改系统程序应由专业人员进行，普通操作人员不应随意进行。</w:t>
        <w:br/>
        <w:br/>
        <w:t xml:space="preserve"> 四、填空题（每题2分，共5题）</w:t>
        <w:br/>
        <w:br/>
        <w:t>1. 数控车床操作前，必须确认机床处于______状态。</w:t>
        <w:br/>
        <w:br/>
        <w:t>答案：安全</w:t>
        <w:br/>
        <w:br/>
        <w:t>解析：数控车床操作前，必须确认机床处于安全状态，包括各防护装置完好、急停按钮功能正常、工作区域整洁无杂物等，这是确保操作安全的前提。</w:t>
        <w:br/>
        <w:br/>
        <w:t>2. 数控车床加工过程中，操作人员应站在______位置，避免被切屑或飞溅物伤害。</w:t>
        <w:br/>
        <w:br/>
        <w:t>答案：安全</w:t>
        <w:br/>
        <w:br/>
        <w:t>解析：数控车床加工过程中，操作人员应站在安全位置，通常是指机床侧面或指定安全区域，避免被旋转的工件、刀具飞出的切屑或冷却液伤害。</w:t>
        <w:br/>
        <w:br/>
        <w:t>3. 数控车床的紧急停止按钮颜色通常是______色。</w:t>
        <w:br/>
        <w:br/>
        <w:t>答案：红</w:t>
        <w:br/>
        <w:br/>
        <w:t>解析：数控车床的紧急停止按钮通常采用红色，这是国际通用的安全警示色，便于在紧急情况下快速识别和操作。</w:t>
        <w:br/>
        <w:br/>
        <w:t>4. 数控车床工作区域应保持______，防止绊倒或滑倒事故。</w:t>
        <w:br/>
        <w:br/>
        <w:t>答案：整洁</w:t>
        <w:br/>
        <w:br/>
        <w:t>解析：数控车床工作区域应保持整洁，无油污、水渍、杂物等，防止操作人员滑倒、绊倒，同时避免杂物进入机床造成故障或事故。</w:t>
        <w:br/>
        <w:br/>
        <w:t>5. 数控车床操作人员必须经过______培训并考核合格后方可上岗操作。</w:t>
        <w:br/>
        <w:br/>
        <w:t>答案：专业</w:t>
        <w:br/>
        <w:br/>
        <w:t>解析：数控车床是精密且具有一定危险性的设备，操作人员必须经过专业培训并考核合格后方可上岗操作，确保掌握安全操作规程和应急处理能力。</w:t>
        <w:br/>
        <w:br/>
        <w:t xml:space="preserve"> 五、简答题（每题5分，共2题）</w:t>
        <w:br/>
        <w:br/>
        <w:t>1. 简述数控车床操作前应进行的安全检查内容。</w:t>
        <w:br/>
        <w:br/>
        <w:t>答案：数控车床操作前应进行的安全检查内容包括：</w:t>
        <w:br/>
        <w:br/>
        <w:t>- 检查机床各防护装置是否完好有效</w:t>
        <w:br/>
        <w:br/>
        <w:t>- 确认紧急停止按钮位置和功能正常</w:t>
        <w:br/>
        <w:br/>
        <w:t>- 检查刀具安装是否牢固，刀具磨损情况</w:t>
        <w:br/>
        <w:br/>
        <w:t>- 确认工件装夹牢固可靠</w:t>
        <w:br/>
        <w:br/>
        <w:t>- 检查冷却液是否充足，管路是否通畅</w:t>
        <w:br/>
        <w:br/>
        <w:t>- 检查机床导轨、丝杠等运动部件润滑情况</w:t>
        <w:br/>
        <w:br/>
        <w:t>- 确认工作区域整洁，无杂物</w:t>
        <w:br/>
        <w:br/>
        <w:t>- 穿戴合适的个人防护装备</w:t>
        <w:br/>
        <w:br/>
        <w:t>- 确认机床处于正常状态，无异常报警</w:t>
        <w:br/>
        <w:br/>
        <w:t>解析：数控车床操作前的安全检查是预防事故的重要环节。通过全面检查，可以及时发现并排除安全隐患，确保操作安全。防护装置、急停按钮、刀具、工件装夹等都是直接关系到操作安全的关键要素，必须逐一检查确认。同时，工作环境和个人防护也是安全操作的重要组成部分。</w:t>
        <w:br/>
        <w:br/>
        <w:t>2. 数控车床发生紧急情况时，操作人员应如何处理？</w:t>
        <w:br/>
        <w:br/>
        <w:t>答案：数控车床发生紧急情况时，操作人员应：</w:t>
        <w:br/>
        <w:br/>
        <w:t>- 立即按下紧急停止按钮，切断所有动力源</w:t>
        <w:br/>
        <w:br/>
        <w:t>- 保持冷静，不要惊慌失措</w:t>
        <w:br/>
        <w:br/>
        <w:t>- 迅速评估情况，判断是否需要疏散</w:t>
        <w:br/>
        <w:br/>
        <w:t>- 如有人员受伤，立即进行必要的急救并报告</w:t>
        <w:br/>
        <w:br/>
        <w:t>- 在确保安全的情况下，切断总电源</w:t>
        <w:br/>
        <w:br/>
        <w:t>- 保护现场，等待专业人员处理</w:t>
        <w:br/>
        <w:br/>
        <w:t>- 详细记录事故发生经过，包括时间、现象、处理措施等</w:t>
        <w:br/>
        <w:br/>
        <w:t>- 参与事故调查，分析原因，提出改进措施</w:t>
        <w:br/>
        <w:br/>
        <w:t>解析：数控车床发生紧急情况时，操作人员的正确应对至关重要。首先应确保人身安全，按下紧急停止按钮是最直接有效的措施。保持冷静有助于正确判断和处理情况。评估情况并判断是否需要疏散是保障人员安全的重要步骤。如有人员受伤，及时急救并报告是必要的。切断总电源可以防止次生事故。保护现场有助于事故调查。记录事故经过和参与调查分析，有助于防止类似事故再次发生，提高安全管理水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