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2025年医战到底试题及答案</w:t>
      </w:r>
    </w:p>
    <w:p>
      <w:r>
        <w:br/>
        <w:t xml:space="preserve"> 一、单项选择题（共10题，每题2分，共20分）</w:t>
        <w:br/>
        <w:br/>
        <w:t>1. 人体最大的器官是？</w:t>
        <w:br/>
        <w:br/>
        <w:t>A. 心脏</w:t>
        <w:br/>
        <w:br/>
        <w:t>B. 肝脏</w:t>
        <w:br/>
        <w:br/>
        <w:t>C. 皮肤</w:t>
        <w:br/>
        <w:br/>
        <w:t>D. 肺</w:t>
        <w:br/>
        <w:br/>
        <w:t>2. 下列哪种维生素缺乏会导致夜盲症？</w:t>
        <w:br/>
        <w:br/>
        <w:t>A. 维生素A</w:t>
        <w:br/>
        <w:br/>
        <w:t>B. 维生素B</w:t>
        <w:br/>
        <w:br/>
        <w:t>C. 维生素C</w:t>
        <w:br/>
        <w:br/>
        <w:t>D. 维生素D</w:t>
        <w:br/>
        <w:br/>
        <w:t>3. 人体正常血压范围是？</w:t>
        <w:br/>
        <w:br/>
        <w:t>A. 90/60mmHg-120/80mmHg</w:t>
        <w:br/>
        <w:br/>
        <w:t>B. 100/70mmHg-130/85mmHg</w:t>
        <w:br/>
        <w:br/>
        <w:t>C. 110/75mmHg-140/90mmHg</w:t>
        <w:br/>
        <w:br/>
        <w:t>D. 120/80mmHg-150/95mmHg</w:t>
        <w:br/>
        <w:br/>
        <w:t>4. 下列哪种疾病是由病毒引起的？</w:t>
        <w:br/>
        <w:br/>
        <w:t>A. 肺结核</w:t>
        <w:br/>
        <w:br/>
        <w:t>B. 糖尿病</w:t>
        <w:br/>
        <w:br/>
        <w:t>C. 流感</w:t>
        <w:br/>
        <w:br/>
        <w:t>D. 高血压</w:t>
        <w:br/>
        <w:br/>
        <w:t>5. 人体最大的内分泌腺是？</w:t>
        <w:br/>
        <w:br/>
        <w:t>A. 甲状腺</w:t>
        <w:br/>
        <w:br/>
        <w:t>B. 肾上腺</w:t>
        <w:br/>
        <w:br/>
        <w:t>C. 胰腺</w:t>
        <w:br/>
        <w:br/>
        <w:t>D. 脑垂体</w:t>
        <w:br/>
        <w:br/>
        <w:t>6. 下列哪种药物主要用于治疗细菌感染？</w:t>
        <w:br/>
        <w:br/>
        <w:t>A. 阿司匹林</w:t>
        <w:br/>
        <w:br/>
        <w:t>B. 青霉素</w:t>
        <w:br/>
        <w:br/>
        <w:t>C. 胰岛素</w:t>
        <w:br/>
        <w:br/>
        <w:t>D. 地高辛</w:t>
        <w:br/>
        <w:br/>
        <w:t>7. 人体最长的骨头是？</w:t>
        <w:br/>
        <w:br/>
        <w:t>A. 肋骨</w:t>
        <w:br/>
        <w:br/>
        <w:t>B. 股骨</w:t>
        <w:br/>
        <w:br/>
        <w:t>C. 胫骨</w:t>
        <w:br/>
        <w:br/>
        <w:t>D. 腓骨</w:t>
        <w:br/>
        <w:br/>
        <w:t>8. 下列哪种疾病属于自身免疫性疾病？</w:t>
        <w:br/>
        <w:br/>
        <w:t>A. 糖尿病</w:t>
        <w:br/>
        <w:br/>
        <w:t>B. 类风湿关节炎</w:t>
        <w:br/>
        <w:br/>
        <w:t>C. 高血压</w:t>
        <w:br/>
        <w:br/>
        <w:t>D. 冠心病</w:t>
        <w:br/>
        <w:br/>
        <w:t>9. 人体最大的消化腺是？</w:t>
        <w:br/>
        <w:br/>
        <w:t>A. 胰腺</w:t>
        <w:br/>
        <w:br/>
        <w:t>B. 脾脏</w:t>
        <w:br/>
        <w:br/>
        <w:t>C. 肝脏</w:t>
        <w:br/>
        <w:br/>
        <w:t>D. 胆囊</w:t>
        <w:br/>
        <w:br/>
        <w:t>10. 下列哪种疫苗是用于预防结核病的？</w:t>
        <w:br/>
        <w:br/>
        <w:t>A. 卡介苗</w:t>
        <w:br/>
        <w:br/>
        <w:t>B. 脊髓灰质炎疫苗</w:t>
        <w:br/>
        <w:br/>
        <w:t>C. 麻疹疫苗</w:t>
        <w:br/>
        <w:br/>
        <w:t>D. 百白破疫苗</w:t>
        <w:br/>
        <w:br/>
        <w:t xml:space="preserve"> 二、填空题（共6题，每题2分，共12分）</w:t>
        <w:br/>
        <w:br/>
        <w:t>1. 人体共有______块骨头。</w:t>
        <w:br/>
        <w:br/>
        <w:t>2. 血液由______、______和血小板组成。</w:t>
        <w:br/>
        <w:br/>
        <w:t>3. 人体最大的淋巴器官是______。</w:t>
        <w:br/>
        <w:br/>
        <w:t>4. 人体最大的内分泌腺是______。</w:t>
        <w:br/>
        <w:br/>
        <w:t>5. 人体最基本的结构和功能单位是______。</w:t>
        <w:br/>
        <w:br/>
        <w:t>6. 人体最大的静脉是______。</w:t>
        <w:br/>
        <w:br/>
        <w:t xml:space="preserve"> 三、判断题（共6题，每题2分，共12分）</w:t>
        <w:br/>
        <w:br/>
        <w:t>1. 心脏位于胸腔中央，偏左。（ ）</w:t>
        <w:br/>
        <w:br/>
        <w:t>2. 肝脏是人体最大的消化器官。（ ）</w:t>
        <w:br/>
        <w:br/>
        <w:t>3. 血型分为A型、B型、AB型和O型四种。（ ）</w:t>
        <w:br/>
        <w:br/>
        <w:t>4. 糖尿病是一种传染病。（ ）</w:t>
        <w:br/>
        <w:br/>
        <w:t>5. 人体最大的细胞是卵细胞。（ ）</w:t>
        <w:br/>
        <w:br/>
        <w:t>6. 艾滋病病毒主要通过血液、母婴和性接触传播。（ ）</w:t>
        <w:br/>
        <w:br/>
        <w:t xml:space="preserve"> 四、多项选择题（共2题，每题2分，共4分）</w:t>
        <w:br/>
        <w:br/>
        <w:t>1. 下列哪些是维生素D的生理功能？（ ）</w:t>
        <w:br/>
        <w:br/>
        <w:t>A. 促进钙吸收</w:t>
        <w:br/>
        <w:br/>
        <w:t>B. 维持骨骼健康</w:t>
        <w:br/>
        <w:br/>
        <w:t>C. 增强免疫力</w:t>
        <w:br/>
        <w:br/>
        <w:t>D. 促进血液凝固</w:t>
        <w:br/>
        <w:br/>
        <w:t>2. 下列哪些疾病属于慢性病？（ ）</w:t>
        <w:br/>
        <w:br/>
        <w:t>A. 高血压</w:t>
        <w:br/>
        <w:br/>
        <w:t>B. 糖尿病</w:t>
        <w:br/>
        <w:br/>
        <w:t>C. 流感</w:t>
        <w:br/>
        <w:br/>
        <w:t>D. 冠心病</w:t>
        <w:br/>
        <w:br/>
        <w:t xml:space="preserve"> 五、简答题（共2题，每题5分，共10分）</w:t>
        <w:br/>
        <w:br/>
        <w:t>1. 简述人体免疫系统的组成及其功能。</w:t>
        <w:br/>
        <w:br/>
        <w:t>2. 简述高血压的定义、危害及预防措施。</w:t>
        <w:br/>
        <w:br/>
        <w:t xml:space="preserve"> 答案及解析</w:t>
        <w:br/>
        <w:br/>
        <w:t xml:space="preserve"> 一、单项选择题</w:t>
        <w:br/>
        <w:br/>
        <w:t>1. 答案：C</w:t>
        <w:br/>
        <w:br/>
        <w:t>解析：皮肤是人体最大的器官，成人皮肤总面积约为1.5-2平方米，重量约占体重的16%。皮肤具有保护、调节体温、感觉、分泌和排泄等多种功能。</w:t>
        <w:br/>
        <w:br/>
        <w:t>2. 答案：A</w:t>
        <w:br/>
        <w:br/>
        <w:t>解析：维生素A缺乏会导致夜盲症，因为维生素A是构成视觉细胞内感光物质的关键成分，对维持正常视觉功能至关重要。维生素A主要存在于动物肝脏、鱼肝油、胡萝卜等食物中。</w:t>
        <w:br/>
        <w:br/>
        <w:t>3. 答案：A</w:t>
        <w:br/>
        <w:br/>
        <w:t>解析：根据世界卫生组织(WHO)的定义，正常血压范围为90/60mmHg-120/80mmHg。血压高于140/90mmHg被视为高血压，低于90/60mmHg被视为低血压。</w:t>
        <w:br/>
        <w:br/>
        <w:t>4. 答案：C</w:t>
        <w:br/>
        <w:br/>
        <w:t>解析：流感是由流感病毒引起的急性呼吸道传染病。肺结核由结核杆菌引起，糖尿病是一种代谢性疾病，高血压是一种心血管疾病。</w:t>
        <w:br/>
        <w:br/>
        <w:t>5. 答案：D</w:t>
        <w:br/>
        <w:br/>
        <w:t>解析：脑垂体是人体最大的内分泌腺，位于大脑底部，分泌多种激素，调节其他内分泌腺体的功能，如生长激素、促甲状腺激素、促肾上腺皮质激素等。</w:t>
        <w:br/>
        <w:br/>
        <w:t>6. 答案：B</w:t>
        <w:br/>
        <w:br/>
        <w:t>解析：青霉素是一种β-内酰胺类抗生素，主要用于治疗细菌感染。阿司匹林是解热镇痛药，胰岛素用于治疗糖尿病，地高辛是强心苷类药物，用于治疗心力衰竭。</w:t>
        <w:br/>
        <w:br/>
        <w:t>7. 答案：B</w:t>
        <w:br/>
        <w:br/>
        <w:t>解析：股骨是人体最长的骨头，约占身高的1/4。股骨上端与髋关节相连，下端与膝关节相连，是支撑体重的重要骨骼。</w:t>
        <w:br/>
        <w:br/>
        <w:t>8. 答案：B</w:t>
        <w:br/>
        <w:br/>
        <w:t>解析：类风湿关节炎是一种自身免疫性疾病，免疫系统错误地攻击关节组织，导致炎症和损伤。糖尿病主要是代谢性疾病，高血压和冠心病属于心血管疾病。</w:t>
        <w:br/>
        <w:br/>
        <w:t>9. 答案：C</w:t>
        <w:br/>
        <w:br/>
        <w:t>解析：肝脏是人体最大的消化腺，也是最大的实质性器官。肝脏分泌胆汁帮助脂肪消化，同时具有代谢、解毒、合成蛋白质等多种功能。</w:t>
        <w:br/>
        <w:br/>
        <w:t>10. 答案：A</w:t>
        <w:br/>
        <w:br/>
        <w:t>解析：卡介苗(BCG)是用于预防结核病的疫苗。脊髓灰质炎疫苗用于预防脊髓灰质炎，麻疹疫苗用于预防麻疹，百白破疫苗用于预防白喉、破伤风和百日咳。</w:t>
        <w:br/>
        <w:br/>
        <w:t xml:space="preserve"> 二、填空题</w:t>
        <w:br/>
        <w:br/>
        <w:t>1. 答案：206</w:t>
        <w:br/>
        <w:br/>
        <w:t>解析：成人人体共有206块骨头，包括颅骨、躯干骨和四肢骨。婴儿时期有约270块骨头，随着年龄增长，部分骨头会融合成一块。</w:t>
        <w:br/>
        <w:br/>
        <w:t>2. 答案：血浆、血细胞、血小板</w:t>
        <w:br/>
        <w:br/>
        <w:t>解析：血液由血浆和血细胞组成，血细胞包括红细胞、白细胞和血小板。血浆约占血液总量的55%，血细胞约占45%。</w:t>
        <w:br/>
        <w:br/>
        <w:t>3. 答案：脾脏</w:t>
        <w:br/>
        <w:br/>
        <w:t>解析：脾脏是人体最大的淋巴器官，位于左上腹，具有过滤血液、产生免疫细胞和储存血液的功能。</w:t>
        <w:br/>
        <w:br/>
        <w:t>4. 答案：甲状腺</w:t>
        <w:br/>
        <w:br/>
        <w:t>解析：甲状腺是人体最大的内分泌腺，位于颈部前方，分泌甲状腺激素，调节新陈代谢、生长发育等生理功能。</w:t>
        <w:br/>
        <w:br/>
        <w:t>5. 答案：细胞</w:t>
        <w:br/>
        <w:br/>
        <w:t>解析：细胞是人体最基本的结构和功能单位，人体由约40-60万亿个细胞组成，这些细胞形成组织、器官和系统，共同完成各种生命活动。</w:t>
        <w:br/>
        <w:br/>
        <w:t>6. 答案：下腔静脉</w:t>
        <w:br/>
        <w:br/>
        <w:t>解析：下腔静脉是人体最大的静脉，收集下肢、盆腔和腹部的血液，回流至心脏。它由左右髂静脉汇合而成，沿脊柱右侧上行，穿过膈肌进入胸腔。</w:t>
        <w:br/>
        <w:br/>
        <w:t xml:space="preserve"> 三、判断题</w:t>
        <w:br/>
        <w:br/>
        <w:t>1. 答案：√</w:t>
        <w:br/>
        <w:br/>
        <w:t>解析：心脏位于胸腔中央，偏左，约2/3位于身体中线的左侧，1/3位于右侧。心脏的大小约与本人拳头相当。</w:t>
        <w:br/>
        <w:br/>
        <w:t>2. 答案：×</w:t>
        <w:br/>
        <w:br/>
        <w:t>解析：肝脏是人体最大的消化腺，但不是最大的消化器官。最大的消化器官是小肠，长约5-7米，负责大部分营养物质的消化和吸收。</w:t>
        <w:br/>
        <w:br/>
        <w:t>3. 答案：√</w:t>
        <w:br/>
        <w:br/>
        <w:t>解析：根据红细胞表面的抗原不同，人类血型分为A型、B型、AB型和O型四种。此外，还有Rh血型系统，分为Rh阳性和Rh阴性。</w:t>
        <w:br/>
        <w:br/>
        <w:t>4. 答案：×</w:t>
        <w:br/>
        <w:br/>
        <w:t>解析：糖尿病是一种代谢性疾病，不是传染病。它是由胰岛素分泌不足或胰岛素作用障碍引起的以高血糖为特征的慢性代谢性疾病。</w:t>
        <w:br/>
        <w:br/>
        <w:t>5. 答案：√</w:t>
        <w:br/>
        <w:br/>
        <w:t>解析：人体最大的细胞是女性成熟的卵细胞，直径约0.1-0.2毫米。人体最小的细胞是血小板，直径约2-3微米。</w:t>
        <w:br/>
        <w:br/>
        <w:t>6. 答案：√</w:t>
        <w:br/>
        <w:br/>
        <w:t>解析：艾滋病病毒(HIV)主要通过血液、母婴和性接触三种途径传播。不会通过日常接触如握手、共餐、拥抱等传播。</w:t>
        <w:br/>
        <w:br/>
        <w:t xml:space="preserve"> 四、多项选择题</w:t>
        <w:br/>
        <w:br/>
        <w:t>1. 答案：ABC</w:t>
        <w:br/>
        <w:br/>
        <w:t>解析：维生素D的主要生理功能包括：促进钙和磷的吸收，维持骨骼健康；调节免疫细胞功能，增强免疫力；参与细胞生长分化等。维生素D不参与血液凝固过程，这是维生素K的功能。</w:t>
        <w:br/>
        <w:br/>
        <w:t>2. 答案：ABD</w:t>
        <w:br/>
        <w:br/>
        <w:t>解析：高血压、糖尿病和冠心病都属于慢性病，它们病程长、病因复杂、需要长期治疗和管理。流感是一种急性传染病，通常在1-2周内可以自愈。</w:t>
        <w:br/>
        <w:br/>
        <w:t xml:space="preserve"> 五、简答题</w:t>
        <w:br/>
        <w:br/>
        <w:t>1. 答案：</w:t>
        <w:br/>
        <w:br/>
        <w:t>人体免疫系统由免疫器官、免疫细胞和免疫分子组成。</w:t>
        <w:br/>
        <w:br/>
        <w:t>免疫器官包括中枢免疫器官（骨髓和胸腺）和外周免疫器官（脾脏、淋巴结和黏膜相关淋巴组织）。</w:t>
        <w:br/>
        <w:br/>
        <w:t>免疫细胞包括淋巴细胞（T细胞、B细胞、自然杀伤细胞）、吞噬细胞（巨噬细胞、中性粒细胞等）和抗原呈递细胞等。</w:t>
        <w:br/>
        <w:br/>
        <w:t>免疫分子包括抗体、细胞因子、补体等。</w:t>
        <w:br/>
        <w:br/>
        <w:t>免疫系统的主要功能包括：</w:t>
        <w:br/>
        <w:br/>
        <w:t>(1) 免疫防御：识别和清除病原体，防止感染；</w:t>
        <w:br/>
        <w:br/>
        <w:t>(2) 免疫监视：识别和清除体内异常细胞，如肿瘤细胞；</w:t>
        <w:br/>
        <w:br/>
        <w:t>(3) 免疫自稳：清除体内衰老、损伤的细胞，维持内环境稳定。</w:t>
        <w:br/>
        <w:br/>
        <w:t>2. 答案：</w:t>
        <w:br/>
        <w:br/>
        <w:t>高血压的定义：在未使用降压药物的情况下，非同日3次测量血压，收缩压≥140mmHg和/或舒张压≥90mmHg。</w:t>
        <w:br/>
        <w:br/>
        <w:t>高血压的危害：</w:t>
        <w:br/>
        <w:br/>
        <w:t>(1) 损害血管：加速动脉粥样硬化，增加心脑血管疾病风险；</w:t>
        <w:br/>
        <w:br/>
        <w:t>(2) 损害心脏：导致左心室肥厚、心力衰竭、冠心病等；</w:t>
        <w:br/>
        <w:br/>
        <w:t>(3) 损害肾脏：导致肾功能不全、肾衰竭；</w:t>
        <w:br/>
        <w:br/>
        <w:t>(4) 损害大脑：增加脑卒中风险；</w:t>
        <w:br/>
        <w:br/>
        <w:t>(5) 损害眼睛：导致视网膜病变，甚至失明。</w:t>
        <w:br/>
        <w:br/>
        <w:t>高血压的预防措施：</w:t>
        <w:br/>
        <w:br/>
        <w:t>(1) 健康饮食：减少钠盐摄入，增加钾的摄入，控制总热量摄入；</w:t>
        <w:br/>
        <w:br/>
        <w:t>(2) 规律运动：每周至少进行150分钟中等强度有氧运动；</w:t>
        <w:br/>
        <w:br/>
        <w:t>(3) 控制体重：保持体重在健康范围内；</w:t>
        <w:br/>
        <w:br/>
        <w:t>(4) 戒烟限酒：不吸烟，限制饮酒；</w:t>
        <w:br/>
        <w:br/>
        <w:t>(5) 心理平衡：保持良好心态，避免长期精神紧张；</w:t>
        <w:br/>
        <w:br/>
        <w:t>(6) 定期监测血压：定期测量血压，及早发现异常。</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