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2025年电厂热控试题及答案</w:t>
      </w:r>
    </w:p>
    <w:p>
      <w:r>
        <w:br/>
        <w:t xml:space="preserve"> 一、单项选择题（共10题，每题2分）</w:t>
        <w:br/>
        <w:br/>
        <w:t>1. 热工控制系统中，下列哪种仪表主要用于测量压力？</w:t>
        <w:br/>
        <w:br/>
        <w:t>A. 温度计</w:t>
        <w:br/>
        <w:br/>
        <w:t>B. 压力表</w:t>
        <w:br/>
        <w:br/>
        <w:t>C. 流量计</w:t>
        <w:br/>
        <w:br/>
        <w:t>D. 液位计</w:t>
        <w:br/>
        <w:br/>
        <w:t>2. 在电厂热力系统中，下列哪种设备主要用于将热能转换为机械能？</w:t>
        <w:br/>
        <w:br/>
        <w:t>A. 凝汽器</w:t>
        <w:br/>
        <w:br/>
        <w:t>B. 汽轮机</w:t>
        <w:br/>
        <w:br/>
        <w:t>C. 给水泵</w:t>
        <w:br/>
        <w:br/>
        <w:t>D. 加热器</w:t>
        <w:br/>
        <w:br/>
        <w:t>3. 热工控制系统中，PID控制器的"D"代表什么？</w:t>
        <w:br/>
        <w:br/>
        <w:t>A. 比例</w:t>
        <w:br/>
        <w:br/>
        <w:t>B. 积分</w:t>
        <w:br/>
        <w:br/>
        <w:t>C. 微分</w:t>
        <w:br/>
        <w:br/>
        <w:t>D. 导数</w:t>
        <w:br/>
        <w:br/>
        <w:t>4. 电厂锅炉水位控制系统中，通常采用哪种控制方式？</w:t>
        <w:br/>
        <w:br/>
        <w:t>A. 开环控制</w:t>
        <w:br/>
        <w:br/>
        <w:t>B. 闭环控制</w:t>
        <w:br/>
        <w:br/>
        <w:t>C. 前馈控制</w:t>
        <w:br/>
        <w:br/>
        <w:t>D. 复合控制</w:t>
        <w:br/>
        <w:br/>
        <w:t>5. 热工测量中，下列哪种温度测量元件响应速度最快？</w:t>
        <w:br/>
        <w:br/>
        <w:t>A. 热电偶</w:t>
        <w:br/>
        <w:br/>
        <w:t>B. 热电阻</w:t>
        <w:br/>
        <w:br/>
        <w:t>C. 双金属温度计</w:t>
        <w:br/>
        <w:br/>
        <w:t>D. 辐射温度计</w:t>
        <w:br/>
        <w:br/>
        <w:t>6. 在电厂热力系统中，下列哪种阀门主要用于调节流量？</w:t>
        <w:br/>
        <w:br/>
        <w:t>A. 闸阀</w:t>
        <w:br/>
        <w:br/>
        <w:t>B. 止回阀</w:t>
        <w:br/>
        <w:br/>
        <w:t>C. 调节阀</w:t>
        <w:br/>
        <w:br/>
        <w:t>D. 球阀</w:t>
        <w:br/>
        <w:br/>
        <w:t>7. 热工自动控制系统中，下列哪种信号类型是模拟信号？</w:t>
        <w:br/>
        <w:br/>
        <w:t>A. 开关量</w:t>
        <w:br/>
        <w:br/>
        <w:t>B. 脉冲量</w:t>
        <w:br/>
        <w:br/>
        <w:t>C. 4-20mA电流信号</w:t>
        <w:br/>
        <w:br/>
        <w:t>D. 数字量</w:t>
        <w:br/>
        <w:br/>
        <w:t>8. 电厂热力系统中，下列哪种设备主要用于回收蒸汽的热能？</w:t>
        <w:br/>
        <w:br/>
        <w:t>A. 减温减压器</w:t>
        <w:br/>
        <w:br/>
        <w:t>B. 疏水阀</w:t>
        <w:br/>
        <w:br/>
        <w:t>C. 凝结器</w:t>
        <w:br/>
        <w:br/>
        <w:t>D. 省煤器</w:t>
        <w:br/>
        <w:br/>
        <w:t>9. 热工控制系统中，下列哪种执行机构主要用于精确控制阀门开度？</w:t>
        <w:br/>
        <w:br/>
        <w:t>A. 电动执行机构</w:t>
        <w:br/>
        <w:br/>
        <w:t>B. 气动执行机构</w:t>
        <w:br/>
        <w:br/>
        <w:t>C. 液动执行机构</w:t>
        <w:br/>
        <w:br/>
        <w:t>D. 电磁执行机构</w:t>
        <w:br/>
        <w:br/>
        <w:t>10. 电厂热力系统中，下列哪种参数通常用于表征锅炉燃烧效率？</w:t>
        <w:br/>
        <w:br/>
        <w:t>A. 蒸汽压力</w:t>
        <w:br/>
        <w:br/>
        <w:t>B. 给水温度</w:t>
        <w:br/>
        <w:br/>
        <w:t>C. 排烟温度</w:t>
        <w:br/>
        <w:br/>
        <w:t>D. 炉膛负压</w:t>
        <w:br/>
        <w:br/>
        <w:t xml:space="preserve"> 二、填空题（共5题，每题2分）</w:t>
        <w:br/>
        <w:br/>
        <w:t>1. 热工控制系统中，PID控制器的三个基本控制作用分别是______、______和______。</w:t>
        <w:br/>
        <w:br/>
        <w:t>2. 电厂热力系统中，锅炉的主要三大附件是指______、______和______。</w:t>
        <w:br/>
        <w:br/>
        <w:t>3. 热工测量中，常用的温度测量元件有热电偶、热电阻和______等。</w:t>
        <w:br/>
        <w:br/>
        <w:t>4. 电厂热力系统中，汽轮机的主要组成部分包括______、______和______。</w:t>
        <w:br/>
        <w:br/>
        <w:t>5. 热工自动控制系统中，常用的控制规律有位式控制、______和______等。</w:t>
        <w:br/>
        <w:br/>
        <w:t xml:space="preserve"> 三、判断题（共5题，每题2分）</w:t>
        <w:br/>
        <w:br/>
        <w:t>1. 热工控制系统中，开环控制比闭环控制精度更高。（ ）</w:t>
        <w:br/>
        <w:br/>
        <w:t>2. 电厂热力系统中，锅炉给水温度越高，锅炉效率越高。（ ）</w:t>
        <w:br/>
        <w:br/>
        <w:t>3. 热工测量中，热电偶的测量范围比热电阻更宽。（ ）</w:t>
        <w:br/>
        <w:br/>
        <w:t>4. 电厂热力系统中，汽轮机效率通常随着负荷的增加而增加。（ ）</w:t>
        <w:br/>
        <w:br/>
        <w:t>5. 热工自动控制系统中，前馈控制可以完全消除扰动对被控量的影响。（ ）</w:t>
        <w:br/>
        <w:br/>
        <w:t xml:space="preserve"> 四、多项选择题（共2题，每题2分）</w:t>
        <w:br/>
        <w:br/>
        <w:t>1. 下列哪些属于电厂热力系统的主要组成部分？（ ）</w:t>
        <w:br/>
        <w:br/>
        <w:t>A. 锅炉系统</w:t>
        <w:br/>
        <w:br/>
        <w:t>B. 汽轮机系统</w:t>
        <w:br/>
        <w:br/>
        <w:t>C. 发电机系统</w:t>
        <w:br/>
        <w:br/>
        <w:t>D. 凝结水系统</w:t>
        <w:br/>
        <w:br/>
        <w:t>E. 燃烧系统</w:t>
        <w:br/>
        <w:br/>
        <w:t>2. 下列哪些因素会影响锅炉燃烧效率？（ ）</w:t>
        <w:br/>
        <w:br/>
        <w:t>A. 燃料种类</w:t>
        <w:br/>
        <w:br/>
        <w:t>B. 过量空气系数</w:t>
        <w:br/>
        <w:br/>
        <w:t>C. 炉膛温度</w:t>
        <w:br/>
        <w:br/>
        <w:t>D. 给水温度</w:t>
        <w:br/>
        <w:br/>
        <w:t>E. 蒸汽压力</w:t>
        <w:br/>
        <w:br/>
        <w:t xml:space="preserve"> 五、简答题（共2题，每题5分）</w:t>
        <w:br/>
        <w:br/>
        <w:t>1. 简述电厂热工自动控制系统的基本组成及其功能。</w:t>
        <w:br/>
        <w:br/>
        <w:t>2. 分析影响电厂锅炉效率的主要因素，并提出提高锅炉效率的措施。</w:t>
        <w:br/>
        <w:br/>
        <w:t xml:space="preserve"> 参考答案及解析</w:t>
        <w:br/>
        <w:br/>
        <w:t xml:space="preserve"> 一、单项选择题</w:t>
        <w:br/>
        <w:br/>
        <w:t>1. 答案：B</w:t>
        <w:br/>
        <w:br/>
        <w:t>解析：压力表是专门用于测量压力的仪表，温度计用于测量温度，流量计用于测量流体流量，液位计用于测量液位高度。</w:t>
        <w:br/>
        <w:br/>
        <w:t>2. 答案：B</w:t>
        <w:br/>
        <w:br/>
        <w:t>解析：汽轮机是将蒸汽的热能转换为机械能的设备，凝汽器用于冷凝排汽，给水泵用于输送给水，加热器用于加热给水或凝结水。</w:t>
        <w:br/>
        <w:br/>
        <w:t>3. 答案：C</w:t>
        <w:br/>
        <w:br/>
        <w:t>解析：PID控制器中的"P"代表比例(Proportional)，"I"代表积分(Integral)，"D"代表微分(Derivative)。</w:t>
        <w:br/>
        <w:br/>
        <w:t>4. 答案：B</w:t>
        <w:br/>
        <w:br/>
        <w:t>解析：锅炉水位控制系统通常采用闭环控制，通过测量实际水位并与设定值比较，根据偏差调节给水流量，维持水位稳定。</w:t>
        <w:br/>
        <w:br/>
        <w:t>5. 答案：A</w:t>
        <w:br/>
        <w:br/>
        <w:t>解析：热电偶响应速度最快，因为它基于热电效应，直接将温度变化转换为电信号；热电阻响应速度较慢，因为它需要通过电阻变化来反映温度变化。</w:t>
        <w:br/>
        <w:br/>
        <w:t>6. 答案：C</w:t>
        <w:br/>
        <w:br/>
        <w:t>解析：调节阀主要用于精确控制流量，闸阀主要用于截断流体，止回阀用于防止流体倒流，球阀主要用于截断或调节流量。</w:t>
        <w:br/>
        <w:br/>
        <w:t>7. 答案：C</w:t>
        <w:br/>
        <w:br/>
        <w:t>解析：4-20mA电流信号是模拟信号，它连续变化表示不同的测量值；开关量只有两种状态，脉冲量是离散的数字信号，数字量是用二进制表示的信号。</w:t>
        <w:br/>
        <w:br/>
        <w:t>8. 答案：D</w:t>
        <w:br/>
        <w:br/>
        <w:t>解析：省煤器主要用于回收排烟的热能，加热给水；减温减压器用于降低蒸汽参数，疏水阀用于排出凝结水，凝结器用于冷凝排汽。</w:t>
        <w:br/>
        <w:br/>
        <w:t>9. 答案：B</w:t>
        <w:br/>
        <w:br/>
        <w:t>解析：气动执行机构响应速度快，控制精度高，广泛应用于精确控制阀门开度；电动执行机构响应速度较慢，液动执行机构结构复杂，电磁执行机构主要用于开关控制。</w:t>
        <w:br/>
        <w:br/>
        <w:t>10. 答案：C</w:t>
        <w:br/>
        <w:br/>
        <w:t>解析：排烟温度是表征锅炉燃烧效率的重要参数，排烟温度越高，热量损失越大，燃烧效率越低；蒸汽压力、给水温度和炉膛负压也会影响锅炉效率，但排烟温度是最直接的指标。</w:t>
        <w:br/>
        <w:br/>
        <w:t xml:space="preserve"> 二、填空题</w:t>
        <w:br/>
        <w:br/>
        <w:t>1. 答案：比例、积分、微分</w:t>
        <w:br/>
        <w:br/>
        <w:t>解析：PID控制器的三个基本控制作用分别是比例(P)、积分(I)和微分(D)控制。比例控制根据偏差大小成比例地调节输出；积分控制根据偏差的累积量调节输出，消除稳态误差；微分控制根据偏差的变化速率调节输出，提高系统响应速度。</w:t>
        <w:br/>
        <w:br/>
        <w:t>2. 答案：安全阀、水位计、压力表</w:t>
        <w:br/>
        <w:br/>
        <w:t>解析：锅炉的三大附件是安全阀、水位计和压力表。安全阀用于防止锅炉超压，水位计用于监测锅炉水位，压力表用于监测锅炉压力。</w:t>
        <w:br/>
        <w:br/>
        <w:t>3. 答案：双金属温度计</w:t>
        <w:br/>
        <w:br/>
        <w:t>解析：常用的温度测量元件有热电偶、热电阻和双金属温度计等。热电偶基于热电效应，测量范围宽；热电阻基于电阻随温度变化的特性，测量精度高；双金属温度计基于两种金属热膨胀系数不同的原理，结构简单可靠。</w:t>
        <w:br/>
        <w:br/>
        <w:t>4. 答案：汽缸、转子、轴承</w:t>
        <w:br/>
        <w:br/>
        <w:t>解析：汽轮机的主要组成部分包括汽缸、转子和轴承。汽缸是汽轮机的静止部分，容纳蒸汽并引导其流动；转子是汽轮机的旋转部分，将蒸汽的动能转换为机械能；轴承支撑转子并减少摩擦。</w:t>
        <w:br/>
        <w:br/>
        <w:t>5. 答案：PID控制、前馈控制</w:t>
        <w:br/>
        <w:br/>
        <w:t>解析：常用的控制规律有位式控制、PID控制和前馈控制等。位式控制是最简单的控制方式，只有开和关两种状态；PID控制是目前应用最广泛的控制方式；前馈控制是根据扰动信号提前调节，提高系统抗干扰能力。</w:t>
        <w:br/>
        <w:br/>
        <w:t xml:space="preserve"> 三、判断题</w:t>
        <w:br/>
        <w:br/>
        <w:t>1. 答案：×</w:t>
        <w:br/>
        <w:br/>
        <w:t>解析：闭环控制比开环控制精度更高。闭环控制通过反馈信号实时调整控制量，能够有效抑制干扰和系统参数变化的影响；开环控制没有反馈环节，无法根据实际输出调整控制量，精度较低。</w:t>
        <w:br/>
        <w:br/>
        <w:t>2. 答案：√</w:t>
        <w:br/>
        <w:br/>
        <w:t>解析：锅炉给水温度越高，锅炉效率越高。因为给水温度越高，锅炉需要将水加热到饱和温度所需的热量越少，排烟热损失减少，锅炉效率提高。</w:t>
        <w:br/>
        <w:br/>
        <w:t>3. 答案：√</w:t>
        <w:br/>
        <w:br/>
        <w:t>解析：热电偶的测量范围比热电阻更宽。热电偶可以测量-200℃到1800℃甚至更高的温度，而热电阻通常测量-200℃到850℃的温度范围。</w:t>
        <w:br/>
        <w:br/>
        <w:t>4. 答案：×</w:t>
        <w:br/>
        <w:br/>
        <w:t>解析：汽轮机效率通常不是随着负荷的增加而单调增加的。汽轮机效率在额定负荷附近达到最高，负荷过高或过低时效率都会下降。</w:t>
        <w:br/>
        <w:br/>
        <w:t>5. 答案：×</w:t>
        <w:br/>
        <w:br/>
        <w:t>解析：前馈控制不能完全消除扰动对被控量的影响。前馈控制虽然可以根据扰动信号提前调节，但由于模型误差、参数变化等因素，无法完全消除扰动的影响，通常与反馈控制结合使用。</w:t>
        <w:br/>
        <w:br/>
        <w:t xml:space="preserve"> 四、多项选择题</w:t>
        <w:br/>
        <w:br/>
        <w:t>1. 答案：A、B、C、D、E</w:t>
        <w:br/>
        <w:br/>
        <w:t>解析：电厂热力系统的主要组成部分包括锅炉系统、汽轮机系统、发电机系统、凝结水系统和燃烧系统等。锅炉系统产生蒸汽，汽轮机系统将蒸汽热能转换为机械能，发电机系统将机械能转换为电能，凝结水系统回收凝结水，燃烧系统提供热源。</w:t>
        <w:br/>
        <w:br/>
        <w:t>2. 答案：A、B、C</w:t>
        <w:br/>
        <w:br/>
        <w:t>解析：影响锅炉燃烧效率的主要因素有燃料种类、过量空气系数和炉膛温度等。燃料种类影响燃烧特性和热值；过量空气系数影响燃烧完全程度和排烟热损失；炉膛温度影响燃烧速度和完全程度。给水温度和蒸汽压力也会影响锅炉效率，但不是直接影响燃烧效率的因素。</w:t>
        <w:br/>
        <w:br/>
        <w:t xml:space="preserve"> 五、简答题</w:t>
        <w:br/>
        <w:br/>
        <w:t>1. 答案：</w:t>
        <w:br/>
        <w:br/>
        <w:t>电厂热工自动控制系统的基本组成及其功能如下：</w:t>
        <w:br/>
        <w:br/>
        <w:t>(1) 测量元件：用于测量被控参数，如温度、压力、流量、液位等，将其转换为标准信号。</w:t>
        <w:br/>
        <w:br/>
        <w:t>(2) 变送器：将测量元件输出的信号转换为标准信号（如4-20mA电流信号），并传输给控制器。</w:t>
        <w:br/>
        <w:br/>
        <w:t>(3) 控制器：接收变送器信号，与设定值比较，根据控制算法（如PID）计算控制信号，输出给执行机构。</w:t>
        <w:br/>
        <w:br/>
        <w:t>(4) 执行机构：接收控制器信号，驱动调节机构（如阀门、挡板）动作，改变被控对象的输入。</w:t>
        <w:br/>
        <w:br/>
        <w:t>(5) 被控对象：需要控制的设备或系统，如锅炉、汽轮机、加热器等。</w:t>
        <w:br/>
        <w:br/>
        <w:t>(6) 显示记录装置：显示和记录被控参数和控制信号，便于运行人员监控和分析。</w:t>
        <w:br/>
        <w:br/>
        <w:t>这些组成部分协同工作，实现对电厂热力系统参数的自动控制，保证电厂安全、经济、稳定运行。</w:t>
        <w:br/>
        <w:br/>
        <w:t>2. 答案：</w:t>
        <w:br/>
        <w:br/>
        <w:t>影响电厂锅炉效率的主要因素及提高锅炉效率的措施如下：</w:t>
        <w:br/>
        <w:br/>
        <w:t>主要因素：</w:t>
        <w:br/>
        <w:br/>
        <w:t>(1) 排烟热损失：排烟温度过高会导致大量热量随烟气排出，降低锅炉效率。</w:t>
        <w:br/>
        <w:br/>
        <w:t>(2) 化学不完全燃烧热损失：燃料燃烧不完全，产生CO等可燃气体带走的热量。</w:t>
        <w:br/>
        <w:br/>
        <w:t>(3) 机械不完全燃烧热损失：燃料中的碳未完全燃烧，以灰渣形式排出的热量损失。</w:t>
        <w:br/>
        <w:br/>
        <w:t>(4) 散热损失：锅炉本体向周围环境散失的热量。</w:t>
        <w:br/>
        <w:br/>
        <w:t>(5) 给水温度：给水温度越低，锅炉需要消耗更多热量将其加热到饱和温度。</w:t>
        <w:br/>
        <w:br/>
        <w:t>提高锅炉效率的措施：</w:t>
        <w:br/>
        <w:br/>
        <w:t>(1) 降低排烟温度：安装省煤器、空气预热器等设备回收烟气热量。</w:t>
        <w:br/>
        <w:br/>
        <w:t>(2) 优化燃烧过程：合理控制过量空气系数，保证燃料完全燃烧。</w:t>
        <w:br/>
        <w:br/>
        <w:t>(3) 提高燃烧效率：采用高效燃烧器，改善燃料与空气的混合。</w:t>
        <w:br/>
        <w:br/>
        <w:t>(4) 减少散热损失：加强锅炉保温，减少散热面积。</w:t>
        <w:br/>
        <w:br/>
        <w:t>(5) 提高给水温度：利用汽轮机抽汽加热给水，提高给水温度。</w:t>
        <w:br/>
        <w:br/>
        <w:t>(6) 定期清理受热面：防止结垢和积灰，提高传热效率。</w:t>
        <w:br/>
        <w:br/>
        <w:t>(7) 采用先进控制技术：实现锅炉燃烧的自动优化控制，提高燃烧效率。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