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黑体" w:hAnsi="黑体"/>
          <w:b/>
          <w:i w:val="0"/>
          <w:sz w:val="36"/>
        </w:rPr>
        <w:t>2024（茅台酒）白酒酿造工职业技能认定-制曲制酒资格考试题库</w:t>
      </w:r>
    </w:p>
    <w:p/>
    <w:p>
      <w:pPr>
        <w:jc w:val="center"/>
      </w:pPr>
      <w:r>
        <w:rPr>
          <w:rFonts w:ascii="黑体" w:hAnsi="黑体"/>
          <w:b/>
          <w:sz w:val="28"/>
        </w:rPr>
        <w:t>第一部分  单选题(80题)</w:t>
      </w:r>
    </w:p>
    <w:p>
      <w:r>
        <w:t>1、上甑接酒关键控制点是(   )。</w:t>
        <w:br/>
        <w:t>A、上甑汽压</w:t>
        <w:br/>
        <w:t>B、上甑方式</w:t>
        <w:br/>
        <w:t xml:space="preserve">【答案】：B </w:t>
      </w:r>
    </w:p>
    <w:p>
      <w:r>
        <w:t>2、下列微生物中不属于霉菌的是(   )。</w:t>
        <w:br/>
        <w:t>A、酵母</w:t>
        <w:br/>
        <w:t>B、根霉</w:t>
        <w:br/>
        <w:t>C、曲霉</w:t>
        <w:br/>
        <w:t>D、木霉</w:t>
        <w:br/>
        <w:t xml:space="preserve">【答案】：A </w:t>
      </w:r>
    </w:p>
    <w:p>
      <w:r>
        <w:t>3、酱香型白酒盘勾工艺是将分型定级贮存一年后的不同轮次基酒进行同香型同等级的合并。(   )</w:t>
        <w:br/>
        <w:t>A、正确</w:t>
        <w:br/>
        <w:t>B、错误</w:t>
        <w:br/>
        <w:t xml:space="preserve">【答案】：B </w:t>
      </w:r>
    </w:p>
    <w:p>
      <w:r>
        <w:t>4、大曲储存时严格控制成曲水分在(   )%以下，防止反潮。</w:t>
        <w:br/>
        <w:t>A、11</w:t>
        <w:br/>
        <w:t>B、12</w:t>
        <w:br/>
        <w:t>C、13</w:t>
        <w:br/>
        <w:t>D、14</w:t>
        <w:br/>
        <w:t xml:space="preserve">【答案】：B </w:t>
      </w:r>
    </w:p>
    <w:p>
      <w:r>
        <w:t>5、为快速降低下甑糟醅温度，延长有效摊晾时间，下甑后必须及时使用鼓风机。(   )</w:t>
        <w:br/>
        <w:t>A、正确</w:t>
        <w:br/>
        <w:t>B、错误</w:t>
        <w:br/>
        <w:t xml:space="preserve">【答案】：B </w:t>
      </w:r>
    </w:p>
    <w:p>
      <w:r>
        <w:t>6、高粱磨碎应按照宁粗勿细的原则。(   )</w:t>
        <w:br/>
        <w:t>A、正确</w:t>
        <w:br/>
        <w:t>B、错误</w:t>
        <w:br/>
        <w:t xml:space="preserve">【答案】：A </w:t>
      </w:r>
    </w:p>
    <w:p>
      <w:r>
        <w:t>7、第一届评酒会评选的四大国家名酒为贵州茅台酒、山西汾酒、陕西西凤酒和(   )。</w:t>
        <w:br/>
        <w:t>A、五粮液</w:t>
        <w:br/>
        <w:t>B、泸州大曲</w:t>
        <w:br/>
        <w:t>C、全兴大曲</w:t>
        <w:br/>
        <w:t>D、桂林三花酒</w:t>
        <w:br/>
        <w:t xml:space="preserve">【答案】：B </w:t>
      </w:r>
    </w:p>
    <w:p>
      <w:r>
        <w:t>8、制曲量水冬季少用，夏季多用。(   )</w:t>
        <w:br/>
        <w:t>A、正确</w:t>
        <w:br/>
        <w:t>B、错误</w:t>
        <w:br/>
        <w:t xml:space="preserve">【答案】：B </w:t>
      </w:r>
    </w:p>
    <w:p>
      <w:r>
        <w:t>9、翻曲过程中，要择除粘连在曲坯上的曲草。(   )</w:t>
        <w:br/>
        <w:t>A、正确</w:t>
        <w:br/>
        <w:t>B、错误</w:t>
        <w:br/>
        <w:t xml:space="preserve">【答案】：A </w:t>
      </w:r>
    </w:p>
    <w:p>
      <w:r>
        <w:t>10、加水量应遵循糠大水小、糠小水大的原则。(   )</w:t>
        <w:br/>
        <w:t>A、正确</w:t>
        <w:br/>
        <w:t>B、错误</w:t>
        <w:br/>
        <w:t xml:space="preserve">【答案】：B </w:t>
      </w:r>
    </w:p>
    <w:p>
      <w:r>
        <w:t>11、翻仓时，只需要将曲块上下调换位置即可。(   )</w:t>
        <w:br/>
        <w:t>A、正确</w:t>
        <w:br/>
        <w:t>B、错误</w:t>
        <w:br/>
        <w:t xml:space="preserve">【答案】：B </w:t>
      </w:r>
    </w:p>
    <w:p>
      <w:r>
        <w:t>12、大曲在用于生产前要经过粉碎，曲粉的粉碎程度以通过20目筛的占(   )%为宜。</w:t>
        <w:br/>
        <w:t>A、50</w:t>
        <w:br/>
        <w:t>B、60</w:t>
        <w:br/>
        <w:t>C、70</w:t>
        <w:br/>
        <w:t>D、80</w:t>
        <w:br/>
        <w:t xml:space="preserve">【答案】：C </w:t>
      </w:r>
    </w:p>
    <w:p>
      <w:r>
        <w:t>13、高度白酒加水降度后出现混浊现象的主要成分是(   )。</w:t>
        <w:br/>
        <w:t>A、醇类</w:t>
        <w:br/>
        <w:t>B、醛类</w:t>
        <w:br/>
        <w:t>C、酯类</w:t>
        <w:br/>
        <w:t>D、酚类</w:t>
        <w:br/>
        <w:t xml:space="preserve">【答案】：C </w:t>
      </w:r>
    </w:p>
    <w:p>
      <w:r>
        <w:t>14、工艺要求下、造沙轮次拌曲品温为24-30℃,烤酒轮次为26-35℃,室温高于上限时与室温平。(   )</w:t>
        <w:br/>
        <w:t>A、正确</w:t>
        <w:br/>
        <w:t>B、错误</w:t>
        <w:br/>
        <w:t xml:space="preserve">【答案】：A </w:t>
      </w:r>
    </w:p>
    <w:p>
      <w:r>
        <w:t>15、传统酱香型大曲酒以为(   )贮存容器。</w:t>
        <w:br/>
        <w:t>A、不锈钢</w:t>
        <w:br/>
        <w:t>B、木桶</w:t>
        <w:br/>
        <w:t>C、陶坛</w:t>
        <w:br/>
        <w:t>D、 猪血桑皮纸糊的容器</w:t>
        <w:br/>
        <w:t xml:space="preserve">【答案】：C </w:t>
      </w:r>
    </w:p>
    <w:p>
      <w:r>
        <w:t>16、小麦磨碎的关键是掌握小麦的粉碎程度。小麦粉碎过细，则容易造成“窝水曲”;粉碎粗时，则曲粗糙无衣，曲熟皮厚。(   )</w:t>
        <w:br/>
        <w:t>A、正确</w:t>
        <w:br/>
        <w:t>B、错误</w:t>
        <w:br/>
        <w:t xml:space="preserve">【答案】：A </w:t>
      </w:r>
    </w:p>
    <w:p>
      <w:r>
        <w:t>17、微生物在生长繁殖过程中需要从外界吸取营养物质，这些基本营养物包括水分、碳源、氮源、无机盐类、生长因子和氧气。(   )</w:t>
        <w:br/>
        <w:t>A、正确</w:t>
        <w:br/>
        <w:t>B、错误</w:t>
        <w:br/>
        <w:t xml:space="preserve">【答案】：B </w:t>
      </w:r>
    </w:p>
    <w:p>
      <w:r>
        <w:t>18、茅台酒的三种典型体是酱香、醇甜、窖底。(   )</w:t>
        <w:br/>
        <w:t>A、正确</w:t>
        <w:br/>
        <w:t>B、错误</w:t>
        <w:br/>
        <w:t xml:space="preserve">【答案】：A </w:t>
      </w:r>
    </w:p>
    <w:p>
      <w:r>
        <w:t>19、冬天温度较低，为确保堆积发酵质量，可提高起堆温度至40℃(   )</w:t>
        <w:br/>
        <w:t>A、正确84.酱香酒酒曲是酱香型高温大曲。(   )</w:t>
        <w:br/>
        <w:t>A、正确</w:t>
        <w:br/>
        <w:t>B、错误</w:t>
        <w:br/>
        <w:t xml:space="preserve">【答案】：A </w:t>
      </w:r>
    </w:p>
    <w:p>
      <w:r>
        <w:t>20、微生物生长繁殖所需的营养为水分、碳源、氮源、无机盐类和生长因子。(   )</w:t>
        <w:br/>
        <w:t>A、正确</w:t>
        <w:br/>
        <w:t>B、错误</w:t>
        <w:br/>
        <w:t>A、正确</w:t>
        <w:br/>
        <w:t>B、错误</w:t>
        <w:br/>
        <w:t xml:space="preserve">【答案】：B </w:t>
      </w:r>
    </w:p>
    <w:p>
      <w:r>
        <w:t>21、己酸菌、丁酸菌等窖泥功能菌的最适温度为(   )℃。</w:t>
        <w:br/>
        <w:t>A、25-28</w:t>
        <w:br/>
        <w:t>B、28-30</w:t>
        <w:br/>
        <w:t>C、30-32</w:t>
        <w:br/>
        <w:t>D、32-34</w:t>
        <w:br/>
        <w:t xml:space="preserve">【答案】：D </w:t>
      </w:r>
    </w:p>
    <w:p>
      <w:r>
        <w:t>22、使用不当，容易造成产品本身损坏或者可能危及人身、财产安全的产品，应当有(   )或者中文警示说明。</w:t>
        <w:br/>
        <w:t>A、警示标志</w:t>
        <w:br/>
        <w:t>B、质量标识</w:t>
        <w:br/>
        <w:t>C、质量合格证明</w:t>
        <w:br/>
        <w:t>D、失效日期</w:t>
        <w:br/>
        <w:t xml:space="preserve">【答案】：A </w:t>
      </w:r>
    </w:p>
    <w:p>
      <w:r>
        <w:t>23、由于淀粉酶的最佳活性点均在酸性条件下，因此在下造沙投料时需适量使用尾酒和母糟。(   )</w:t>
        <w:br/>
        <w:t>A、正确</w:t>
        <w:br/>
        <w:t>B、错误</w:t>
        <w:br/>
        <w:t xml:space="preserve">【答案】：A </w:t>
      </w:r>
    </w:p>
    <w:p>
      <w:r>
        <w:t>24、高温大曲的糖化力和发酵力都比较高。(   )</w:t>
        <w:br/>
        <w:t>A、正确</w:t>
        <w:br/>
        <w:t>B、错误</w:t>
        <w:br/>
        <w:t xml:space="preserve">【答案】：B </w:t>
      </w:r>
    </w:p>
    <w:p>
      <w:r>
        <w:t>25、每次配料中pH 值有变化，均会影响到霉菌的种类和数量，pH值稍高，曲的糖化力增高；pH 值稍低，曲的液化力增高。(   )</w:t>
        <w:br/>
        <w:t>A、正确</w:t>
        <w:br/>
        <w:t>B、错误</w:t>
        <w:br/>
        <w:t xml:space="preserve">【答案】：A </w:t>
      </w:r>
    </w:p>
    <w:p>
      <w:r>
        <w:t>26、对于添加保护剂不带载体的高活性酿酒干酵母水分含量在(   )%左右，带载体的酿酒活性干酵母7%-10%。</w:t>
        <w:br/>
        <w:t>A、3</w:t>
        <w:br/>
        <w:t>B、4</w:t>
        <w:br/>
        <w:t>C、5</w:t>
        <w:br/>
        <w:t>D、6</w:t>
        <w:br/>
        <w:t xml:space="preserve">【答案】：C </w:t>
      </w:r>
    </w:p>
    <w:p>
      <w:r>
        <w:t>27、小麦采用生料制曲，有利于保存原料本身含有的水解酶类。(   )</w:t>
        <w:br/>
        <w:t>A、正确</w:t>
        <w:br/>
        <w:t>B、错误</w:t>
        <w:br/>
        <w:t xml:space="preserve">【答案】：A </w:t>
      </w:r>
    </w:p>
    <w:p>
      <w:r>
        <w:t>28、江津酒发酵周期短， 一般为(   )天发酵；</w:t>
        <w:br/>
        <w:t>A、1</w:t>
        <w:br/>
        <w:t>B、3</w:t>
        <w:br/>
        <w:t>C、5</w:t>
        <w:br/>
        <w:t>D、7</w:t>
        <w:br/>
        <w:t xml:space="preserve">【答案】：C </w:t>
      </w:r>
    </w:p>
    <w:p>
      <w:r>
        <w:t>29、《产品质量法》规定，拒绝接受依法进行的产品质量监督检查的行为，给予警告，(   )。</w:t>
        <w:br/>
        <w:t>A、吊销营业执照</w:t>
        <w:br/>
        <w:t>B、责令停止生产、销售</w:t>
        <w:br/>
        <w:t>C、责令停止整顿</w:t>
        <w:br/>
        <w:t>D、责令改正</w:t>
        <w:br/>
        <w:t xml:space="preserve">【答案】：D </w:t>
      </w:r>
    </w:p>
    <w:p>
      <w:r>
        <w:t>30、以下不属于大曲在发酵过程中的作用的是(   )。</w:t>
        <w:br/>
        <w:t>A、提供菌源</w:t>
        <w:br/>
        <w:t>B、糖化发酵</w:t>
        <w:br/>
        <w:t>C、增加产酒</w:t>
        <w:br/>
        <w:t>D、生香作用</w:t>
        <w:br/>
        <w:t xml:space="preserve">【答案】：C </w:t>
      </w:r>
    </w:p>
    <w:p>
      <w:r>
        <w:t>31、在茅台酒制曲生产过程中，母曲用量为小麦量的(   )。</w:t>
        <w:br/>
        <w:t>A、3-5%</w:t>
        <w:br/>
        <w:t>B、6-8%</w:t>
        <w:br/>
        <w:t>C、8-10%</w:t>
        <w:br/>
        <w:t>D、10-15%</w:t>
        <w:br/>
        <w:t xml:space="preserve">【答案】：B </w:t>
      </w:r>
    </w:p>
    <w:p>
      <w:r>
        <w:t>32、某生产班下沙时每甑750kg, 按450kg/ 甑添加润粮水符合工艺要求。(   )</w:t>
        <w:br/>
        <w:t>A、正确</w:t>
        <w:br/>
        <w:t>B、错误</w:t>
        <w:br/>
        <w:t xml:space="preserve">【答案】：B </w:t>
      </w:r>
    </w:p>
    <w:p>
      <w:r>
        <w:t>33、大曲中的细菌主要是球菌和杆菌两种类型，最多的是(   )。</w:t>
        <w:br/>
        <w:t>A、己酸菌</w:t>
        <w:br/>
        <w:t>B、丁酸菌</w:t>
        <w:br/>
        <w:t>C、丙酸菌</w:t>
        <w:br/>
        <w:t>D、乳酸菌</w:t>
        <w:br/>
        <w:t xml:space="preserve">【答案】：D </w:t>
      </w:r>
    </w:p>
    <w:p>
      <w:r>
        <w:t>34、经测定，在甑体与甑盖的水封槽中的水液，蒸酒后含酒精最高可达(   )%,平均为0.5%;</w:t>
        <w:br/>
        <w:t>A、1</w:t>
        <w:br/>
        <w:t>B、1.5</w:t>
        <w:br/>
        <w:t>C、2</w:t>
        <w:br/>
        <w:t>D、2.5</w:t>
        <w:br/>
        <w:t xml:space="preserve">【答案】：C </w:t>
      </w:r>
    </w:p>
    <w:p>
      <w:r>
        <w:t>35、制曲入仓堆积时用稻草隔开的目的是避免曲块粘连，利于曲块通气干燥。(   )</w:t>
        <w:br/>
        <w:t>A、正确</w:t>
        <w:br/>
        <w:t>B、错误</w:t>
        <w:br/>
        <w:t xml:space="preserve">【答案】：A </w:t>
      </w:r>
    </w:p>
    <w:p>
      <w:r>
        <w:t>36、制曲生产过程中要求：装仓要松，翻仓要紧(   )</w:t>
        <w:br/>
        <w:t>A、正确</w:t>
        <w:br/>
        <w:t>B、错误</w:t>
        <w:br/>
        <w:t xml:space="preserve">【答案】：B </w:t>
      </w:r>
    </w:p>
    <w:p>
      <w:r>
        <w:t>37、酵母菌的繁殖方式分为无性繁殖和有性繁殖，其中有性繁殖又分为芽殖和裂殖。(   )</w:t>
        <w:br/>
        <w:t>A、正确</w:t>
        <w:br/>
        <w:t>B、错误</w:t>
        <w:br/>
        <w:t xml:space="preserve">【答案】：B </w:t>
      </w:r>
    </w:p>
    <w:p>
      <w:r>
        <w:t>38、大曲具有残余淀粉高，酶活力低，出酒率低的特点。(   )</w:t>
        <w:br/>
        <w:t>A、正确</w:t>
        <w:br/>
        <w:t>B、错误</w:t>
        <w:br/>
        <w:t xml:space="preserve">【答案】：A </w:t>
      </w:r>
    </w:p>
    <w:p>
      <w:r>
        <w:t>39、若饮入甲醇5-10ml,可致严重中毒，10ml 以上即有失明的危险，(   )ml 即可引起死亡。</w:t>
        <w:br/>
        <w:t>A、2</w:t>
        <w:br/>
        <w:t>B、20</w:t>
        <w:br/>
        <w:t>C、30</w:t>
        <w:br/>
        <w:t>D、50</w:t>
        <w:br/>
        <w:t xml:space="preserve">【答案】：C </w:t>
      </w:r>
    </w:p>
    <w:p>
      <w:r>
        <w:t>40、高温大曲生产过程中，母曲用量为小麦量的6-8%(冬季多用，夏季少用)。(   )</w:t>
        <w:br/>
        <w:t>A、正 确</w:t>
        <w:br/>
        <w:t>B、错误</w:t>
        <w:br/>
        <w:t xml:space="preserve">【答案】：A </w:t>
      </w:r>
    </w:p>
    <w:p>
      <w:r>
        <w:t>41、大曲的作用就是为了增加香味。(   )</w:t>
        <w:br/>
        <w:t>A、正确</w:t>
        <w:br/>
        <w:t>B、错误</w:t>
        <w:br/>
        <w:t xml:space="preserve">【答案】：B </w:t>
      </w:r>
    </w:p>
    <w:p>
      <w:r>
        <w:t>42、构成浓香型白酒主体香味成分的是(   )。</w:t>
        <w:br/>
        <w:t>A、己酸乙酯</w:t>
        <w:br/>
        <w:t>B、乙酸乙酯</w:t>
        <w:br/>
        <w:t>C、乳酸乙酯</w:t>
        <w:br/>
        <w:t>D、丁酸乙酯</w:t>
        <w:br/>
        <w:t xml:space="preserve">【答案】：A </w:t>
      </w:r>
    </w:p>
    <w:p>
      <w:r>
        <w:t>43、泥池窗户须(   ),保持泥池通风透气。</w:t>
        <w:br/>
        <w:t>A、上班时间开启</w:t>
        <w:br/>
        <w:t>B、长期开启</w:t>
        <w:br/>
        <w:t>C、下班时间关闭</w:t>
        <w:br/>
        <w:t>D、长期关闭</w:t>
        <w:br/>
        <w:t xml:space="preserve">【答案】：B </w:t>
      </w:r>
    </w:p>
    <w:p>
      <w:r>
        <w:t>44、因地锅水过满或有糟醅漏入地锅中，未及时处理，使地锅水粘稠，产生泡沫上溢，会导致(   )。</w:t>
        <w:br/>
        <w:t>A、坠甑</w:t>
        <w:br/>
        <w:t>B、冒甑</w:t>
        <w:br/>
        <w:t>C、冲甑</w:t>
        <w:br/>
        <w:t>D、淤锅</w:t>
        <w:br/>
        <w:t xml:space="preserve">【答案】：D </w:t>
      </w:r>
    </w:p>
    <w:p>
      <w:r>
        <w:t>45、高温大曲的糖化力高(   )</w:t>
        <w:br/>
        <w:t>A、正确</w:t>
        <w:br/>
        <w:t>B、错误</w:t>
        <w:br/>
        <w:t xml:space="preserve">【答案】：B </w:t>
      </w:r>
    </w:p>
    <w:p>
      <w:r>
        <w:t>46、为增加基酒的香味成分，可在基酒中添加少量干净的水果。(   )</w:t>
        <w:br/>
        <w:t>A、正确</w:t>
        <w:br/>
        <w:t>B、错误</w:t>
        <w:br/>
        <w:t xml:space="preserve">【答案】：B </w:t>
      </w:r>
    </w:p>
    <w:p>
      <w:r>
        <w:t>47、米根霉生成乳酸的含量，制曲培菌品温不超过38℃即可达到控制米根霉大量生长繁殖的目的。(   )</w:t>
        <w:br/>
        <w:t>A、正确</w:t>
        <w:br/>
        <w:t>B、错误</w:t>
        <w:br/>
        <w:t xml:space="preserve">【答案】：A </w:t>
      </w:r>
    </w:p>
    <w:p>
      <w:r>
        <w:t>48、中温曲的制曲温度是(   )。</w:t>
        <w:br/>
        <w:t>A、55-60℃</w:t>
        <w:br/>
        <w:t>B、45-50℃</w:t>
        <w:br/>
        <w:t>C、40℃以下</w:t>
        <w:br/>
        <w:t>D、50-55℃</w:t>
        <w:br/>
        <w:t xml:space="preserve">【答案】：B </w:t>
      </w:r>
    </w:p>
    <w:p>
      <w:r>
        <w:t>49、窖底泥外观正常，泥质较绵软，可踩出脚印深(   )cm左右，为活性较好的窖底。</w:t>
        <w:br/>
        <w:t>A、0.5</w:t>
        <w:br/>
        <w:t>B、1</w:t>
        <w:br/>
        <w:t>C、1.5</w:t>
        <w:br/>
        <w:t>D、2</w:t>
        <w:br/>
        <w:t xml:space="preserve">【答案】：B </w:t>
      </w:r>
    </w:p>
    <w:p>
      <w:r>
        <w:t>50、酵母菌在有氧条件下生长，无氧条件下生成酒精，因此堆积过程不产酒精。(   )</w:t>
        <w:br/>
        <w:t>A、正确</w:t>
        <w:br/>
        <w:t>B、错误</w:t>
        <w:br/>
        <w:t xml:space="preserve">【答案】：B </w:t>
      </w:r>
    </w:p>
    <w:p>
      <w:r>
        <w:t>51、我国大曲白酒的发酵类型为(   )。</w:t>
        <w:br/>
        <w:t>A、单式发酵</w:t>
        <w:br/>
        <w:t>B、单行复式发酵</w:t>
        <w:br/>
        <w:t>C、平行复式发酵</w:t>
        <w:br/>
        <w:t>D、 以上都不是</w:t>
        <w:br/>
        <w:t xml:space="preserve">【答案】：C </w:t>
      </w:r>
    </w:p>
    <w:p>
      <w:r>
        <w:t>52、调味酒的用量一般不超过(   )%。</w:t>
        <w:br/>
        <w:t>A、0.1</w:t>
        <w:br/>
        <w:t>B、0.3</w:t>
        <w:br/>
        <w:t>C、1</w:t>
        <w:br/>
        <w:t>D、3</w:t>
        <w:br/>
        <w:t xml:space="preserve">【答案】：B </w:t>
      </w:r>
    </w:p>
    <w:p>
      <w:r>
        <w:t>53、《酱香型白酒》国家标准是(   )。</w:t>
        <w:br/>
        <w:t>A、GB/T26750-2010</w:t>
        <w:br/>
        <w:t>B、GB/T26761-2011</w:t>
        <w:br/>
        <w:t>C、GB/T26760-2011</w:t>
        <w:br/>
        <w:t>D、GB/T26780-2015</w:t>
        <w:br/>
        <w:t xml:space="preserve">【答案】：C </w:t>
      </w:r>
    </w:p>
    <w:p>
      <w:r>
        <w:t>54、糟醅高出地面部分，称为窖帽。窖帽不宜太高， 一般不要超过(   )cm。</w:t>
        <w:br/>
        <w:t>A、30</w:t>
        <w:br/>
        <w:t>B、40</w:t>
        <w:br/>
        <w:t>C、50</w:t>
        <w:br/>
        <w:t>D、60</w:t>
        <w:br/>
        <w:t xml:space="preserve">【答案】：D </w:t>
      </w:r>
    </w:p>
    <w:p>
      <w:r>
        <w:t>55、摊晾、拌曲的主要目的(   )。</w:t>
        <w:br/>
        <w:t>A、降温</w:t>
        <w:br/>
        <w:t>B、接种</w:t>
        <w:br/>
        <w:t>C、排杂</w:t>
        <w:br/>
        <w:t>D、以上全选</w:t>
        <w:br/>
        <w:t xml:space="preserve">【答案】：D </w:t>
      </w:r>
    </w:p>
    <w:p>
      <w:r>
        <w:t>56、茅台酒生产大曲在通风、干燥的条件下储存三个月便可使用。(   )</w:t>
        <w:br/>
        <w:t>A、正确</w:t>
        <w:br/>
        <w:t>B、错误</w:t>
        <w:br/>
        <w:t xml:space="preserve">【答案】：B </w:t>
      </w:r>
    </w:p>
    <w:p>
      <w:r>
        <w:t>57、不同生产工艺酿造的白酒，所用的原料有所不同，其中固发酵主要原料为高粱和玉米，半固态发酵主要原料为大米，液态发酵主要原料为玉米和小米。(   )</w:t>
        <w:br/>
        <w:t>A、正确</w:t>
        <w:br/>
        <w:t>B、错误</w:t>
        <w:br/>
        <w:t xml:space="preserve">【答案】：B </w:t>
      </w:r>
    </w:p>
    <w:p>
      <w:r>
        <w:t>58、一般酵母及霉菌适于在pH&gt;7的碱性条件下生长，而细菌则适宜于微酸性或接近中性的条件下生长。(   )</w:t>
        <w:br/>
        <w:t>A、正确</w:t>
        <w:br/>
        <w:t>B、错误</w:t>
        <w:br/>
        <w:t xml:space="preserve">【答案】：B </w:t>
      </w:r>
    </w:p>
    <w:p>
      <w:r>
        <w:t>59、酒度是指100毫升白酒中含有酒精的毫升数。(   )</w:t>
        <w:br/>
        <w:t>A、正 确</w:t>
        <w:br/>
        <w:t>B、错误</w:t>
        <w:br/>
        <w:t xml:space="preserve">【答案】：B </w:t>
      </w:r>
    </w:p>
    <w:p>
      <w:r>
        <w:t>60、踩制后的曲坯装车转运时，曲坯不超过两层。(   )</w:t>
        <w:br/>
        <w:t>A、正 确</w:t>
        <w:br/>
        <w:t>B、错误</w:t>
        <w:br/>
        <w:t xml:space="preserve">【答案】：A </w:t>
      </w:r>
    </w:p>
    <w:p>
      <w:r>
        <w:t>61、酵母菌在有氧状态下进行酒精发酵。(   )</w:t>
        <w:br/>
        <w:t>A、正确</w:t>
        <w:br/>
        <w:t>B、错误</w:t>
        <w:br/>
        <w:t xml:space="preserve">【答案】：B </w:t>
      </w:r>
    </w:p>
    <w:p>
      <w:r>
        <w:t>62、(   )是大曲和其他曲中最多的菌。</w:t>
        <w:br/>
        <w:t>A、毛霉</w:t>
        <w:br/>
        <w:t>B、根霉</w:t>
        <w:br/>
        <w:t>C、曲霉</w:t>
        <w:br/>
        <w:t>D、青霉</w:t>
        <w:br/>
        <w:t xml:space="preserve">【答案】：C </w:t>
      </w:r>
    </w:p>
    <w:p>
      <w:r>
        <w:t>63、曲块储存时间越长越好。(   )</w:t>
        <w:br/>
        <w:t>A、正确</w:t>
        <w:br/>
        <w:t>B、错误</w:t>
        <w:br/>
        <w:t xml:space="preserve">【答案】：B </w:t>
      </w:r>
    </w:p>
    <w:p>
      <w:r>
        <w:t>64、茅台酒干曲储存时间≥180天，按先进先用原则。(   )</w:t>
        <w:br/>
        <w:t>A、正确</w:t>
        <w:br/>
        <w:t>B、错误</w:t>
        <w:br/>
        <w:t>A、正确</w:t>
        <w:br/>
        <w:t>B、错误</w:t>
        <w:br/>
        <w:t xml:space="preserve">【答案】：A </w:t>
      </w:r>
    </w:p>
    <w:p>
      <w:r>
        <w:t>65、曲块入仓堆积完成后，要在曲块上面铺一层稻草，压紧后再撒量水。(   )</w:t>
        <w:br/>
        <w:t>A、正确</w:t>
        <w:br/>
        <w:t>B、错误</w:t>
        <w:br/>
        <w:t xml:space="preserve">【答案】：B </w:t>
      </w:r>
    </w:p>
    <w:p>
      <w:r>
        <w:t>66、世界蒸馏酒的酒度大多在40%VoL 左右，如酒度超过(   )%VoL 则被视为烈性酒。</w:t>
        <w:br/>
        <w:t>A、42</w:t>
        <w:br/>
        <w:t>B、43</w:t>
        <w:br/>
        <w:t>C、44</w:t>
        <w:br/>
        <w:t>D、45</w:t>
        <w:br/>
        <w:t xml:space="preserve">【答案】：B </w:t>
      </w:r>
    </w:p>
    <w:p>
      <w:r>
        <w:t>67、干热消毒和灭菌的温度在160℃,30min 或180℃,60min 即可。(   )</w:t>
        <w:br/>
        <w:t>A、正确</w:t>
        <w:br/>
        <w:t>B、错误</w:t>
        <w:br/>
        <w:t xml:space="preserve">【答案】：B </w:t>
      </w:r>
    </w:p>
    <w:p>
      <w:r>
        <w:t>68、微生物的基本营养物包括水分、碳源、氮源、无机盐和生长因子。(   )</w:t>
        <w:br/>
        <w:t>A、正确</w:t>
        <w:br/>
        <w:t>B、错误</w:t>
        <w:br/>
        <w:t xml:space="preserve">【答案】：A </w:t>
      </w:r>
    </w:p>
    <w:p>
      <w:r>
        <w:t>69、装曲时底草越厚越好。(   )</w:t>
        <w:br/>
        <w:t>A、正确</w:t>
        <w:br/>
        <w:t>B、错误</w:t>
        <w:br/>
        <w:t xml:space="preserve">【答案】：B </w:t>
      </w:r>
    </w:p>
    <w:p>
      <w:r>
        <w:t>70、白酒酿造的糖化发酵剂包括曲和酒母两大类，随着活性干酵母技术的发展，白酒厂的自培酒母已逐渐淘汰。(   )</w:t>
        <w:br/>
        <w:t>A、正确</w:t>
        <w:br/>
        <w:t>B、错误</w:t>
        <w:br/>
        <w:t xml:space="preserve">【答案】：A </w:t>
      </w:r>
    </w:p>
    <w:p>
      <w:r>
        <w:t>71、撒曲时曲撮口离地的高度应(   )。</w:t>
        <w:br/>
        <w:t>A、&lt;45cm</w:t>
        <w:br/>
        <w:t>B、&gt;45cm</w:t>
        <w:br/>
        <w:t>C、&gt;50cm</w:t>
        <w:br/>
        <w:t>D、&lt;50cm</w:t>
        <w:br/>
        <w:t xml:space="preserve">【答案】：D </w:t>
      </w:r>
    </w:p>
    <w:p>
      <w:r>
        <w:t>72、浓香型白酒的国家标准代号为(   )。</w:t>
        <w:br/>
        <w:t>A、GB/T11859.1-2006</w:t>
        <w:br/>
        <w:t>B、GB/T10781.3-2006</w:t>
        <w:br/>
        <w:t>C、GB/T10781.2-2006</w:t>
        <w:br/>
        <w:t>D、GB/T10781.1-2006</w:t>
        <w:br/>
        <w:t xml:space="preserve">【答案】：D </w:t>
      </w:r>
    </w:p>
    <w:p>
      <w:r>
        <w:t>73、大曲培养后期温度要低于前期，有利于酶的生成，提高曲的质量。(   )</w:t>
        <w:br/>
        <w:t>A、正确</w:t>
        <w:br/>
        <w:t>B、错误</w:t>
        <w:br/>
        <w:t xml:space="preserve">【答案】：B </w:t>
      </w:r>
    </w:p>
    <w:p>
      <w:r>
        <w:t>74、据统计公司历年的糊化率数据，发现下沙糊化率的一般范围为6%-10%。(   )</w:t>
        <w:br/>
        <w:t>A、正确</w:t>
        <w:br/>
        <w:t>B、错误</w:t>
        <w:br/>
        <w:t xml:space="preserve">【答案】：A </w:t>
      </w:r>
    </w:p>
    <w:p>
      <w:r>
        <w:t>75、乙醛是白酒中的主要醛类化合物，从卫生角度出发，其含量应低于(   )%。</w:t>
        <w:br/>
        <w:t>A、0.002</w:t>
        <w:br/>
        <w:t>B、0.02</w:t>
        <w:br/>
        <w:t>C、0.001</w:t>
        <w:br/>
        <w:t>D、0.01</w:t>
        <w:br/>
        <w:t xml:space="preserve">【答案】：A </w:t>
      </w:r>
    </w:p>
    <w:p>
      <w:r>
        <w:t>76、茅台高温大曲的母曲应选发酵正常的金黄色曲，夏天多用冬天少用。(   )</w:t>
        <w:br/>
        <w:t>A、正确</w:t>
        <w:br/>
        <w:t>B、错误</w:t>
        <w:br/>
        <w:t xml:space="preserve">【答案】：B </w:t>
      </w:r>
    </w:p>
    <w:p>
      <w:r>
        <w:t>77、全国第一次评酒会评出的四个老牌名酒是：茅台酒、五粮液、汾酒、泸州老窖。(   )</w:t>
        <w:br/>
        <w:t>A、正确</w:t>
        <w:br/>
        <w:t>B、错误</w:t>
        <w:br/>
        <w:t xml:space="preserve">【答案】：B </w:t>
      </w:r>
    </w:p>
    <w:p>
      <w:r>
        <w:t>78、酱香型白酒的代表酒是(   )。</w:t>
        <w:br/>
        <w:t>A、五粮液</w:t>
        <w:br/>
        <w:t>B、董酒</w:t>
        <w:br/>
        <w:t>C、茅台酒</w:t>
        <w:br/>
        <w:t>D、 习酒</w:t>
        <w:br/>
        <w:t xml:space="preserve">【答案】：C </w:t>
      </w:r>
    </w:p>
    <w:p>
      <w:r>
        <w:t>79、白酒按酒度分类可分为：高度白酒、中度白酒、低度白酒。(   )</w:t>
        <w:br/>
        <w:t>A、正确</w:t>
        <w:br/>
        <w:t>B、错误</w:t>
        <w:br/>
        <w:t xml:space="preserve">【答案】：A </w:t>
      </w:r>
    </w:p>
    <w:p>
      <w:r>
        <w:t>80、毛霉与根霉相近似，是一种高等真菌。(   )</w:t>
        <w:br/>
        <w:t>A、正确</w:t>
        <w:br/>
        <w:t>B、错误</w:t>
        <w:br/>
        <w:t xml:space="preserve">【答案】：B </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hAnsi="仿宋" w:eastAsia="仿宋"/>
      <w:sz w:val="28"/>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