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2025年针灸技术学试题及答案</w:t>
      </w:r>
    </w:p>
    <w:p>
      <w:r>
        <w:br/>
        <w:t xml:space="preserve"> 一、单项选择题（每题2分，共20分）</w:t>
        <w:br/>
        <w:br/>
        <w:t>1. 下列哪项不属于针灸的基本治疗原则？</w:t>
        <w:br/>
        <w:br/>
        <w:t>A. 辨证论治</w:t>
        <w:br/>
        <w:br/>
        <w:t>B. 因人制宜</w:t>
        <w:br/>
        <w:br/>
        <w:t>C. 因时制宜</w:t>
        <w:br/>
        <w:br/>
        <w:t>D. 随机应变</w:t>
        <w:br/>
        <w:br/>
        <w:t>2. 针灸学中"得气"指的是：</w:t>
        <w:br/>
        <w:br/>
        <w:t>A. 针刺入穴位的深度</w:t>
        <w:br/>
        <w:br/>
        <w:t>B. 针刺后患者产生的感觉和反应</w:t>
        <w:br/>
        <w:br/>
        <w:t>C. 医生针刺的手法</w:t>
        <w:br/>
        <w:br/>
        <w:t>D. 针灸治疗的效果</w:t>
        <w:br/>
        <w:br/>
        <w:t>3. 下列哪条经脉被称为"阴脉之海"？</w:t>
        <w:br/>
        <w:br/>
        <w:t>A. 任脉</w:t>
        <w:br/>
        <w:br/>
        <w:t>B. 督脉</w:t>
        <w:br/>
        <w:br/>
        <w:t>C. 冲脉</w:t>
        <w:br/>
        <w:br/>
        <w:t>D. 带脉</w:t>
        <w:br/>
        <w:br/>
        <w:t>4. 针灸治疗中，"提插法"是指：</w:t>
        <w:br/>
        <w:br/>
        <w:t>A. 针刺时上下提插针体</w:t>
        <w:br/>
        <w:br/>
        <w:t>B. 针刺时左右捻转针体</w:t>
        <w:br/>
        <w:br/>
        <w:t>C. 针刺时快速进出针</w:t>
        <w:br/>
        <w:br/>
        <w:t>D. 针刺时留针不动</w:t>
        <w:br/>
        <w:br/>
        <w:t>5. 下列哪个穴位不属于特定穴中的"郄穴"？</w:t>
        <w:br/>
        <w:br/>
        <w:t>A. 地机</w:t>
        <w:br/>
        <w:br/>
        <w:t>B. 孔最</w:t>
        <w:br/>
        <w:br/>
        <w:t>C. 阴郄</w:t>
        <w:br/>
        <w:br/>
        <w:t>D. 足三里</w:t>
        <w:br/>
        <w:br/>
        <w:t>6. 针灸治疗中，"烧山火"手法主要用于：</w:t>
        <w:br/>
        <w:br/>
        <w:t>A. 补法</w:t>
        <w:br/>
        <w:br/>
        <w:t>B. 泻法</w:t>
        <w:br/>
        <w:br/>
        <w:t>C. 平补平泻</w:t>
        <w:br/>
        <w:br/>
        <w:t>D. 不补不泻</w:t>
        <w:br/>
        <w:br/>
        <w:t>7. 下列哪项不是针灸的禁忌症？</w:t>
        <w:br/>
        <w:br/>
        <w:t>A. 皮肤感染</w:t>
        <w:br/>
        <w:br/>
        <w:t>B. 凝血功能障碍</w:t>
        <w:br/>
        <w:br/>
        <w:t>C. 急性传染病</w:t>
        <w:br/>
        <w:br/>
        <w:t>D. 高血压</w:t>
        <w:br/>
        <w:br/>
        <w:t>8. 针灸学中，"五输穴"不包括以下哪类穴位？</w:t>
        <w:br/>
        <w:br/>
        <w:t>A. 井穴</w:t>
        <w:br/>
        <w:br/>
        <w:t>B. 荥穴</w:t>
        <w:br/>
        <w:br/>
        <w:t>C. 输穴</w:t>
        <w:br/>
        <w:br/>
        <w:t>D. 原穴</w:t>
        <w:br/>
        <w:br/>
        <w:t>9. 下列哪个穴位是治疗晕针的首选急救穴位？</w:t>
        <w:br/>
        <w:br/>
        <w:t>A. 人中</w:t>
        <w:br/>
        <w:br/>
        <w:t>B. 合谷</w:t>
        <w:br/>
        <w:br/>
        <w:t>C. 内关</w:t>
        <w:br/>
        <w:br/>
        <w:t>D. 百会</w:t>
        <w:br/>
        <w:br/>
        <w:t>10. 针灸治疗中，"透穴刺法"是指：</w:t>
        <w:br/>
        <w:br/>
        <w:t>A. 从一个穴位刺入，穿过皮下组织到达另一个穴位</w:t>
        <w:br/>
        <w:br/>
        <w:t>B. 针刺时穿透皮肤</w:t>
        <w:br/>
        <w:br/>
        <w:t>C. 针刺时穿透肌肉</w:t>
        <w:br/>
        <w:br/>
        <w:t>D. 针刺时穿透骨骼</w:t>
        <w:br/>
        <w:br/>
        <w:t xml:space="preserve"> 二、填空题（每题2分，共12分）</w:t>
        <w:br/>
        <w:br/>
        <w:t>1. 针灸学的基本理论包括经络学说、________学说和________学说。</w:t>
        <w:br/>
        <w:br/>
        <w:t>2. 针灸治疗的基本原则包括________、________和________。</w:t>
        <w:br/>
        <w:br/>
        <w:t>3. 针灸治疗中，"气至病所"是指通过针刺使________到达病变部位。</w:t>
        <w:br/>
        <w:br/>
        <w:t>4. 针灸学中，"八脉交会穴"共有________个。</w:t>
        <w:br/>
        <w:br/>
        <w:t>5. 针灸治疗中，"烧山火"手法一般需要________层操作。</w:t>
        <w:br/>
        <w:br/>
        <w:t>6. 针灸治疗中，"留针时间"一般成人约为________分钟。</w:t>
        <w:br/>
        <w:br/>
        <w:t xml:space="preserve"> 三、判断题（每题2分，共12分）</w:t>
        <w:br/>
        <w:br/>
        <w:t>1. 针灸治疗中，所有穴位都可以进行深刺。（ ）</w:t>
        <w:br/>
        <w:br/>
        <w:t>2. 针灸治疗中，"得气"是针灸疗效的保证。（ ）</w:t>
        <w:br/>
        <w:br/>
        <w:t>3. 针灸治疗中，孕妇可以针刺合谷穴。（ ）</w:t>
        <w:br/>
        <w:br/>
        <w:t>4. 针灸治疗中，同一穴位可以反复使用，无需考虑禁忌。（ ）</w:t>
        <w:br/>
        <w:br/>
        <w:t>5. 针灸治疗中，"烧山火"手法是一种泻法。（ ）</w:t>
        <w:br/>
        <w:br/>
        <w:t>6. 针灸治疗中，晕针是由于患者体质虚弱引起的。（ ）</w:t>
        <w:br/>
        <w:br/>
        <w:t xml:space="preserve"> 四、多项选择题（每题2分，共4分）</w:t>
        <w:br/>
        <w:br/>
        <w:t>1. 下列哪些属于针灸的禁忌症？（ ）</w:t>
        <w:br/>
        <w:br/>
        <w:t>A. 皮肤感染</w:t>
        <w:br/>
        <w:br/>
        <w:t>B. 凝血功能障碍</w:t>
        <w:br/>
        <w:br/>
        <w:t>C. 急性传染病</w:t>
        <w:br/>
        <w:br/>
        <w:t>D. 高血压</w:t>
        <w:br/>
        <w:br/>
        <w:t>E. 精神病患者</w:t>
        <w:br/>
        <w:br/>
        <w:t>2. 下列哪些属于针灸的基本治疗原则？（ ）</w:t>
        <w:br/>
        <w:br/>
        <w:t>A. 辨证论治</w:t>
        <w:br/>
        <w:br/>
        <w:t>B. 因人制宜</w:t>
        <w:br/>
        <w:br/>
        <w:t>C. 因时制宜</w:t>
        <w:br/>
        <w:br/>
        <w:t>D. 随机应变</w:t>
        <w:br/>
        <w:br/>
        <w:t>E. 对症治疗</w:t>
        <w:br/>
        <w:br/>
        <w:t xml:space="preserve"> 五、简答题（每题5分，共10分）</w:t>
        <w:br/>
        <w:br/>
        <w:t>1. 简述针灸治疗中"得气"的表现及其临床意义。</w:t>
        <w:br/>
        <w:br/>
        <w:t>2. 试述针灸治疗中"晕针"的原因及处理措施。</w:t>
        <w:br/>
        <w:br/>
        <w:t xml:space="preserve"> 参考答案及解析</w:t>
        <w:br/>
        <w:br/>
        <w:t xml:space="preserve"> 一、单项选择题（每题2分，共20分）</w:t>
        <w:br/>
        <w:br/>
        <w:t>1. D</w:t>
        <w:br/>
        <w:br/>
        <w:t>解析：针灸的基本治疗原则包括辨证论治、因人制宜、因时制宜等，"随机应变"不属于针灸的基本治疗原则，而是临床治疗中的一种灵活应对方式。</w:t>
        <w:br/>
        <w:br/>
        <w:t>2. B</w:t>
        <w:br/>
        <w:br/>
        <w:t>解析：针灸学中的"得气"是指针刺后患者产生的感觉和反应，如酸、麻、胀、重等感觉，以及医生手下感觉到的针下沉紧感。得气是针灸治疗取得疗效的重要标志。</w:t>
        <w:br/>
        <w:br/>
        <w:t>3. A</w:t>
        <w:br/>
        <w:br/>
        <w:t>解析：任脉被称为"阴脉之海"，因为它能总任一身之阴经；督脉被称为"阳脉之海"，因为它能总督一身之阳经；冲脉被称为"十二经脉之海"；带脉则约束诸经。</w:t>
        <w:br/>
        <w:br/>
        <w:t>4. A</w:t>
        <w:br/>
        <w:br/>
        <w:t>解析：提插法是指针刺时上下提插针体的手法，是针刺的基本手法之一；捻转法是指左右捻转针体的手法；飞法是指快速进出针的手法；留针是指将针留在穴位内一定时间。</w:t>
        <w:br/>
        <w:br/>
        <w:t>5. D</w:t>
        <w:br/>
        <w:br/>
        <w:t>解析：郄穴是经脉气血深聚的部位，共有16个，地机（脾经）、孔最（肺经）、阴郄（心经）都是郄穴，而足三里是胃经的合穴，不属于郄穴。</w:t>
        <w:br/>
        <w:br/>
        <w:t>6. A</w:t>
        <w:br/>
        <w:br/>
        <w:t>解析："烧山火"是一种补法，通过重插轻提、紧按慢提的操作手法，使针下产生热感，达到温阳补虚的效果；而"透天凉"是一种泻法，通过轻插重提、紧提慢按的操作手法，使针下产生凉感，达到清热泻实的效果。</w:t>
        <w:br/>
        <w:br/>
        <w:t>7. D</w:t>
        <w:br/>
        <w:br/>
        <w:t>解析：针灸的禁忌症包括皮肤感染、凝血功能障碍、急性传染病等，而高血压并非针灸的绝对禁忌症，但在某些情况下需要谨慎操作。</w:t>
        <w:br/>
        <w:br/>
        <w:t>8. D</w:t>
        <w:br/>
        <w:br/>
        <w:t>解析：五输穴是十二经脉肘膝关节以下的五个重要穴位，包括井穴、荥穴、输穴、经穴、合穴，原穴是单独的一类穴位，不属于五输穴。</w:t>
        <w:br/>
        <w:br/>
        <w:t>9. A</w:t>
        <w:br/>
        <w:br/>
        <w:t>解析：人中是治疗晕针的首选急救穴位，位于鼻唇沟上1/3与下2/3交界处，具有醒脑开窍的作用；合穴、内关、百会等穴位也可以用于晕针的急救，但不是首选。</w:t>
        <w:br/>
        <w:br/>
        <w:t>10. A</w:t>
        <w:br/>
        <w:br/>
        <w:t>解析：透穴刺法是指从一个穴位刺入，穿过皮下组织到达另一个穴位的刺法，可以同时刺激两个或多个穴位，提高治疗效果；其他选项都是对透穴刺法的错误理解。</w:t>
        <w:br/>
        <w:br/>
        <w:t xml:space="preserve"> 二、填空题（每题2分，共12分）</w:t>
        <w:br/>
        <w:br/>
        <w:t>1. 脏腑学说、气血津液学说</w:t>
        <w:br/>
        <w:br/>
        <w:t>解析：针灸学的基本理论包括经络学说、脏腑学说和气血津液学说。经络学说研究人体经络系统的组成、循行和功能；脏腑学说研究人体脏腑的生理功能和病理变化；气血津液学说研究人体生命活动的基本物质及其功能。</w:t>
        <w:br/>
        <w:br/>
        <w:t>2. 辨证论治、因人制宜、因时制宜</w:t>
        <w:br/>
        <w:br/>
        <w:t>解析：针灸治疗的基本原则包括辨证论治、因人制宜和因时制宜。辨证论治是根据患者的证候特点确定治疗方法；因人制宜是根据患者的年龄、性别、体质等特点确定治疗方案；因时制宜是根据季节、气候等时间因素确定治疗方法。</w:t>
        <w:br/>
        <w:br/>
        <w:t>3. 经气</w:t>
        <w:br/>
        <w:br/>
        <w:t>解析：针灸治疗中，"气至病所"是指通过针刺使经气到达病变部位，从而达到治疗疾病的目的。这是针灸治疗的重要机制之一，也是判断针灸疗效的重要指标。</w:t>
        <w:br/>
        <w:br/>
        <w:t>4. 8</w:t>
        <w:br/>
        <w:br/>
        <w:t>解析：八脉交会穴是十二经脉与奇经八脉相通的8个穴位，包括公孙（通冲脉）、内关（通阴维脉）、足临泣（通带脉）、外关（通阳维脉）、后溪（通督脉）、申脉（通阳跷脉）、列缺（通任脉）、照海（通阴跷脉）。</w:t>
        <w:br/>
        <w:br/>
        <w:t>5. 三</w:t>
        <w:br/>
        <w:br/>
        <w:t>解析："烧山火"手法是一种补法，一般需要三层操作，即浅层、中层、深层，每层都需要重插轻提、紧按慢提的操作手法，使针下产生热感。</w:t>
        <w:br/>
        <w:br/>
        <w:t>6. 20-30</w:t>
        <w:br/>
        <w:br/>
        <w:t>解析：针灸治疗中，留针时间一般成人约为20-30分钟，根据病情和体质不同，可以适当调整。儿童和老年人的留针时间一般较短，约为10-15分钟。</w:t>
        <w:br/>
        <w:br/>
        <w:t xml:space="preserve"> 三、判断题（每题2分，共12分）</w:t>
        <w:br/>
        <w:br/>
        <w:t>1. ×</w:t>
        <w:br/>
        <w:br/>
        <w:t>解析：针灸治疗中，并非所有穴位都可以进行深刺。穴位的针刺深度需要根据穴位的部位、患者的年龄、体质等因素来确定，有些穴位如胸背部穴位、眼部穴位等不宜深刺，以免造成损伤。</w:t>
        <w:br/>
        <w:br/>
        <w:t>2. √</w:t>
        <w:br/>
        <w:br/>
        <w:t>解析：针灸治疗中，"得气"是针灸疗效的重要保证。得气是指针刺后患者产生的感觉和反应，以及医生手下感觉到的针下沉紧感。得气良好，针灸治疗效果通常较好；得气不佳，针灸治疗效果通常较差。</w:t>
        <w:br/>
        <w:br/>
        <w:t>3. ×</w:t>
        <w:br/>
        <w:br/>
        <w:t>解析：针灸治疗中，孕妇不宜针刺合谷穴，因为合谷穴具有催产作用，可能引起流产。孕妇应避免针刺合谷、三阴交、至阴等具有催产作用的穴位。</w:t>
        <w:br/>
        <w:br/>
        <w:t>4. ×</w:t>
        <w:br/>
        <w:br/>
        <w:t>解析：针灸治疗中，同一穴位不宜反复使用，需要考虑禁忌和穴位的特性。有些穴位如井穴、荥穴等不宜反复使用，以免损伤经络；有些穴位如合谷、三阴交等孕妇不宜使用。</w:t>
        <w:br/>
        <w:br/>
        <w:t>5. ×</w:t>
        <w:br/>
        <w:br/>
        <w:t>解析：针灸治疗中，"烧山火"手法是一种补法，而不是泻法。烧山火通过重插轻提、紧按慢提的操作手法，使针下产生热感，达到温阳补虚的效果；而"透天凉"是一种泻法，通过轻插重提、紧提慢按的操作手法，使针下产生凉感，达到清热泻实的效果。</w:t>
        <w:br/>
        <w:br/>
        <w:t>6. ×</w:t>
        <w:br/>
        <w:br/>
        <w:t>解析：针灸治疗中，晕针的原因是多方面的，包括患者体质虚弱、精神紧张、饥饿疲劳、医生操作不当等，不仅仅是由于患者体质虚弱引起的。晕针是针灸治疗中常见的并发症之一，需要及时处理。</w:t>
        <w:br/>
        <w:br/>
        <w:t xml:space="preserve"> 四、多项选择题（每题2分，共4分）</w:t>
        <w:br/>
        <w:br/>
        <w:t>1. ABC</w:t>
        <w:br/>
        <w:br/>
        <w:t>解析：针灸的禁忌症包括皮肤感染（针刺可能导致感染扩散）、凝血功能障碍（针刺可能导致出血不止）、急性传染病（可能通过针刺传播疾病）等。高血压并非针灸的绝对禁忌症，但在某些情况下需要谨慎操作；精神病患者并非绝对禁忌，但在精神异常发作期应避免针灸治疗。</w:t>
        <w:br/>
        <w:br/>
        <w:t>2. ABC</w:t>
        <w:br/>
        <w:br/>
        <w:t>解析：针灸的基本治疗原则包括辨证论治（根据患者的证候特点确定治疗方法）、因人制宜（根据患者的年龄、性别、体质等特点确定治疗方案）、因时制宜（根据季节、气候等时间因素确定治疗方法）等。"随机应变"是临床治疗中的一种灵活应对方式，不属于针灸的基本治疗原则；"对症治疗"是现代医学的治疗原则，不完全等同于中医的辨证论治。</w:t>
        <w:br/>
        <w:br/>
        <w:t xml:space="preserve"> 五、简答题（每题5分，共10分）</w:t>
        <w:br/>
        <w:br/>
        <w:t>1. 针灸治疗中"得气"的表现及其临床意义</w:t>
        <w:br/>
        <w:br/>
        <w:t>答：得气是指针刺后患者产生的感觉和反应，以及医生手下感觉到的针下沉紧感。得气的表现包括患者感觉的酸、麻、胀、重等感觉，以及医生手下感觉到的针下沉紧、涩滞等感觉。得气的临床意义主要体现在以下几个方面：</w:t>
        <w:br/>
        <w:br/>
        <w:t>（1）得气是针灸治疗取得疗效的重要标志。得气良好，针灸治疗效果通常较好；得气不佳，针灸治疗效果通常较差。</w:t>
        <w:br/>
        <w:br/>
        <w:t>（2）得气可以判断针刺的深度和方向是否正确。得气良好，表明针刺的深度和方向基本正确；得气不佳，可能需要调整针刺的深度和方向。</w:t>
        <w:br/>
        <w:br/>
        <w:t>（3）得气可以判断患者的反应和病情。得气的性质和强度可以反映患者的体质和病情，如酸胀感强可能表明病情较重，麻感强可能表明气血运行不畅。</w:t>
        <w:br/>
        <w:br/>
        <w:t>（4）得气可以指导针灸治疗的操作。根据得气的性质和强度，可以调整针刺的手法和强度，以达到最佳治疗效果。</w:t>
        <w:br/>
        <w:br/>
        <w:t>2. 针灸治疗中"晕针"的原因及处理措施</w:t>
        <w:br/>
        <w:br/>
        <w:t>答：晕针是指在针灸治疗过程中，患者出现的头晕、恶心、面色苍白、冷汗、心慌、脉细弱等一系列症状，严重者可能出现血压下降、意识丧失等。晕针的原因及处理措施如下：</w:t>
        <w:br/>
        <w:br/>
        <w:t>原因：</w:t>
        <w:br/>
        <w:br/>
        <w:t>（1）患者因素：患者体质虚弱、精神紧张、饥饿疲劳、过度恐惧等。</w:t>
        <w:br/>
        <w:br/>
        <w:t>（2）医生因素：医生操作不当，如针刺过快过猛、刺激过强、留针时间过长等。</w:t>
        <w:br/>
        <w:br/>
        <w:t>（3）环境因素：治疗环境嘈杂、空气不流通、温度过高或过低等。</w:t>
        <w:br/>
        <w:br/>
        <w:t>处理措施：</w:t>
        <w:br/>
        <w:br/>
        <w:t>（1）立即停止针刺，迅速将针全部取出。</w:t>
        <w:br/>
        <w:br/>
        <w:t>（2）让患者平卧，头部放低，足部抬高，以增加脑部血液供应。</w:t>
        <w:br/>
        <w:br/>
        <w:t>（3）松开衣领，保持呼吸道通畅，注意保暖。</w:t>
        <w:br/>
        <w:br/>
        <w:t>（4）轻者可给予温开水或糖水，休息片刻即可恢复；重者可针刺人中、合谷、内关等穴位，或给予吸氧、静脉输液等治疗。</w:t>
        <w:br/>
        <w:br/>
        <w:t>（5）对晕针患者应加强心理疏导，消除恐惧心理；对体质虚弱者应适当减少刺激强度和留针时间；对饥饿疲劳者应先进食休息后再进行针灸治疗。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