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2025年吧台考试试题及答案</w:t>
      </w:r>
    </w:p>
    <w:p>
      <w:r>
        <w:br/>
        <w:t>一、单项选择题（每题2分，共10题）</w:t>
        <w:br/>
        <w:br/>
        <w:t>1. 以下哪种鸡尾酒是以龙舌兰酒为基酒制作的？</w:t>
        <w:br/>
        <w:br/>
        <w:t>A. 莫吉托</w:t>
        <w:br/>
        <w:br/>
        <w:t>B. 玛格丽特</w:t>
        <w:br/>
        <w:br/>
        <w:t>C. 威士忌酸</w:t>
        <w:br/>
        <w:br/>
        <w:t>D. 金汤力</w:t>
        <w:br/>
        <w:br/>
        <w:t>2. 吧台工作中，冰块的作用不包括以下哪项？</w:t>
        <w:br/>
        <w:br/>
        <w:t>A. 降低酒温</w:t>
        <w:br/>
        <w:br/>
        <w:t>B. 稀释酒精度</w:t>
        <w:br/>
        <w:br/>
        <w:t>C. 增加美观度</w:t>
        <w:br/>
        <w:br/>
        <w:t>D. 提供营养</w:t>
        <w:br/>
        <w:br/>
        <w:t>3. 以下哪种酒属于利口酒？</w:t>
        <w:br/>
        <w:br/>
        <w:t>A. 伏特加</w:t>
        <w:br/>
        <w:br/>
        <w:t>B. 金酒</w:t>
        <w:br/>
        <w:br/>
        <w:t>C. 君度</w:t>
        <w:br/>
        <w:br/>
        <w:t>D. 朗姆酒</w:t>
        <w:br/>
        <w:br/>
        <w:t>4. 制作马天尼时，最常用的装饰物是：</w:t>
        <w:br/>
        <w:br/>
        <w:t>A. 橄榄</w:t>
        <w:br/>
        <w:br/>
        <w:t>B. 柠檬皮</w:t>
        <w:br/>
        <w:br/>
        <w:t>C. 樱桃</w:t>
        <w:br/>
        <w:br/>
        <w:t>D. 薄荷</w:t>
        <w:br/>
        <w:br/>
        <w:t>5. 吧台服务中，以下哪种行为不符合专业礼仪？</w:t>
        <w:br/>
        <w:br/>
        <w:t>A. 保持吧台整洁</w:t>
        <w:br/>
        <w:br/>
        <w:t>B. 用手直接接触杯口</w:t>
        <w:br/>
        <w:br/>
        <w:t>C. 微笑服务客人</w:t>
        <w:br/>
        <w:br/>
        <w:t>D. 熟悉各类酒水知识</w:t>
        <w:br/>
        <w:br/>
        <w:t>6. 以下哪种鸡尾酒被称为"鸡尾酒之王"？</w:t>
        <w:br/>
        <w:br/>
        <w:t>A. 曼哈顿</w:t>
        <w:br/>
        <w:br/>
        <w:t>B. 古典鸡尾酒</w:t>
        <w:br/>
        <w:br/>
        <w:t>C. 马天尼</w:t>
        <w:br/>
        <w:br/>
        <w:t>D. 莫吉托</w:t>
        <w:br/>
        <w:br/>
        <w:t>7. 吧台工作中，以下哪种工具用于搅拌饮品？</w:t>
        <w:br/>
        <w:br/>
        <w:t>A. 摇酒壶</w:t>
        <w:br/>
        <w:br/>
        <w:t>B. 调酒勺</w:t>
        <w:br/>
        <w:br/>
        <w:t>C. 榨汁器</w:t>
        <w:br/>
        <w:br/>
        <w:t>D. 削皮刀</w:t>
        <w:br/>
        <w:br/>
        <w:t>8. 以下哪种葡萄酒属于甜型葡萄酒？</w:t>
        <w:br/>
        <w:br/>
        <w:t>A. 赤霞珠</w:t>
        <w:br/>
        <w:br/>
        <w:t>B. 黑皮诺</w:t>
        <w:br/>
        <w:br/>
        <w:t>C. 雷司令</w:t>
        <w:br/>
        <w:br/>
        <w:t>D. 梅洛</w:t>
        <w:br/>
        <w:br/>
        <w:t>9. 制作长岛冰茶时，以下哪种基酒不是必需的？</w:t>
        <w:br/>
        <w:br/>
        <w:t>A. 伏特加</w:t>
        <w:br/>
        <w:br/>
        <w:t>B. 朗姆酒</w:t>
        <w:br/>
        <w:br/>
        <w:t>C. 金酒</w:t>
        <w:br/>
        <w:br/>
        <w:t>D. 白兰地</w:t>
        <w:br/>
        <w:br/>
        <w:t>10. 吧台工作中，以下哪种做法不符合食品安全要求？</w:t>
        <w:br/>
        <w:br/>
        <w:t>A. 定期清洁吧台</w:t>
        <w:br/>
        <w:br/>
        <w:t>B. 使用新鲜的食材</w:t>
        <w:br/>
        <w:br/>
        <w:t>C. 将开封的酒水长期存放</w:t>
        <w:br/>
        <w:br/>
        <w:t>D. 定期检查保质期</w:t>
        <w:br/>
        <w:br/>
        <w:t>二、填空题（每题2分，共5题）</w:t>
        <w:br/>
        <w:br/>
        <w:t>1. 鸡尾酒的基本结构通常包括基酒、__________和__________三部分。</w:t>
        <w:br/>
        <w:br/>
        <w:t>2. 吧台常用的调酒手法有摇和法、调和法、__________和__________。</w:t>
        <w:br/>
        <w:br/>
        <w:t>3. 威士忌按照产地可以分为苏格兰威士忌、爱尔兰威士忌、__________和__________。</w:t>
        <w:br/>
        <w:br/>
        <w:t>4. 酒吧常用的玻璃杯类型有马天尼杯、高球杯、__________和__________。</w:t>
        <w:br/>
        <w:br/>
        <w:t>5. 吧台服务的基本流程包括迎接客人、介绍酒水、__________和__________。</w:t>
        <w:br/>
        <w:br/>
        <w:t>三、判断题（每题2分，共5题）</w:t>
        <w:br/>
        <w:br/>
        <w:t>1. 鸡尾酒中的"酸"主要来源于柠檬汁或青柠汁。（ ）</w:t>
        <w:br/>
        <w:br/>
        <w:t>2. 吧台工作中，可以同时为多位客人点单，不需要按照先后顺序。（ ）</w:t>
        <w:br/>
        <w:br/>
        <w:t>3. 所有鸡尾酒都需要加冰块。（ ）</w:t>
        <w:br/>
        <w:br/>
        <w:t>4. 吧台工作人员应该熟悉各类酒水的产地、特点和适合的饮用方式。（ ）</w:t>
        <w:br/>
        <w:br/>
        <w:t>5. 开启香槟酒时，应该将瓶口朝向客人，以防意外发生。（ ）</w:t>
        <w:br/>
        <w:br/>
        <w:t>四、多项选择题（每题2分，共2题）</w:t>
        <w:br/>
        <w:br/>
        <w:t>1. 以下哪些是吧台工作人员应具备的基本素质？（ ）</w:t>
        <w:br/>
        <w:br/>
        <w:t>A. 良好的沟通能力</w:t>
        <w:br/>
        <w:br/>
        <w:t>B. 丰富的酒水知识</w:t>
        <w:br/>
        <w:br/>
        <w:t>C. 熟练的调酒技巧</w:t>
        <w:br/>
        <w:br/>
        <w:t>D. 良好的身体素质</w:t>
        <w:br/>
        <w:br/>
        <w:t>2. 以下哪些鸡尾酒是以朗姆酒为基酒制作的？（ ）</w:t>
        <w:br/>
        <w:br/>
        <w:t>A. 莫吉托</w:t>
        <w:br/>
        <w:br/>
        <w:t>B. 森林宾治</w:t>
        <w:br/>
        <w:br/>
        <w:t>C. 玛格丽特</w:t>
        <w:br/>
        <w:br/>
        <w:t>D. 自由古巴</w:t>
        <w:br/>
        <w:br/>
        <w:t>五、简答题（每题5分，共2题）</w:t>
        <w:br/>
        <w:br/>
        <w:t>1. 请简述吧台工作的职业道德规范。</w:t>
        <w:br/>
        <w:br/>
        <w:t>2. 请描述如何正确地为客人推荐一款适合的鸡尾酒。</w:t>
        <w:br/>
        <w:br/>
        <w:t>答案及解析</w:t>
        <w:br/>
        <w:br/>
        <w:t>一、单项选择题</w:t>
        <w:br/>
        <w:br/>
        <w:t>1. 答案：B. 玛格丽特</w:t>
        <w:br/>
        <w:br/>
        <w:t>解析：玛格丽特是一种经典的鸡尾酒，其主要成分包括龙舌兰酒、橙味酒和青柠汁，因此是以龙舌兰酒为基酒制作的。莫吉托是以朗姆酒为基酒，威士忌酸是以威士忌为基酒，金汤力是以金酒为基酒。</w:t>
        <w:br/>
        <w:br/>
        <w:t>2. 答案：D. 提供营养</w:t>
        <w:br/>
        <w:br/>
        <w:t>解析：在吧台工作中，冰块的主要作用有三个：降低酒温、稀释酒精度以平衡口感、增加饮品的美观度。冰块本身并不提供营养，因此D选项是正确答案。</w:t>
        <w:br/>
        <w:br/>
        <w:t>3. 答案：C. 君度</w:t>
        <w:br/>
        <w:br/>
        <w:t>解析：利口酒是一种添加了风味物质（如水果、草药、香料等）的甜酒。君度是一种橙味利口酒，而伏特加、金酒和朗姆酒都属于烈酒，不属于利口酒范畴。</w:t>
        <w:br/>
        <w:br/>
        <w:t>4. 答案：A. 橄榄</w:t>
        <w:br/>
        <w:br/>
        <w:t>解析：马天尼是一种经典的鸡尾酒，最传统的装饰物是一颗橄榄或柠檬皮。虽然不同地区可能有不同的装饰习惯，但橄榄是最经典和常见的装饰物。</w:t>
        <w:br/>
        <w:br/>
        <w:t>5. 答案：B. 用手直接接触杯口</w:t>
        <w:br/>
        <w:br/>
        <w:t>解析：在吧台服务中，保持吧台整洁、微笑服务客人、熟悉各类酒水知识都是专业礼仪的表现。然而，用手直接接触杯口是不卫生的行为，不符合专业礼仪，应该手持杯底或杯柄。</w:t>
        <w:br/>
        <w:br/>
        <w:t>6. 答案：C. 马天尼</w:t>
        <w:br/>
        <w:br/>
        <w:t>解析：马天尼被誉为"鸡尾酒之王"，它是一种由金酒和味美思调制而成的经典鸡尾酒，以其简洁的配方和复杂的口感而闻名。曼哈顿和古典鸡尾酒也是经典鸡尾酒，但没有马天尼的地位高。</w:t>
        <w:br/>
        <w:br/>
        <w:t>7. 答案：B. 调酒勺</w:t>
        <w:br/>
        <w:br/>
        <w:t>解析：在吧台工作中，摇酒壶用于摇和法制作鸡尾酒，调酒勺用于搅拌饮品，榨汁器用于榨取果汁，削皮刀用于处理水果装饰。因此，用于搅拌饮品的工具是调酒勺。</w:t>
        <w:br/>
        <w:br/>
        <w:t>8. 答案：C. 雷司令</w:t>
        <w:br/>
        <w:br/>
        <w:t>解析：在给定的选项中，雷司令是一种可以制作甜型葡萄酒的葡萄品种，而赤霞珠、黑皮诺和梅洛通常用于制作干型或半干型葡萄酒。</w:t>
        <w:br/>
        <w:br/>
        <w:t>9. 答案：D. 白兰地</w:t>
        <w:br/>
        <w:br/>
        <w:t>解析：长岛冰茶是一种由多种基酒混合而成的鸡尾酒，其标准配方包括伏特加、朗姆酒、金酒和龙舌兰酒，有时也会添加少量白兰地，但不是必需的基酒。</w:t>
        <w:br/>
        <w:br/>
        <w:t>10. 答案：C. 将开封的酒水长期存放</w:t>
        <w:br/>
        <w:br/>
        <w:t>解析：在吧台工作中，定期清洁吧台、使用新鲜的食材、定期检查保质期都是符合食品安全要求的做法。然而，将开封的酒水长期存放可能导致品质下降或变质，不符合食品安全要求。</w:t>
        <w:br/>
        <w:br/>
        <w:t>二、填空题</w:t>
        <w:br/>
        <w:br/>
        <w:t>1. 答案：辅料、装饰物</w:t>
        <w:br/>
        <w:br/>
        <w:t>解析：鸡尾酒的基本结构通常包括三部分：基酒（提供主要酒精成分）、辅料（如果汁、苏打水等，用于调整口感和风味）和装饰物（如水果片、薄荷叶等，用于增加美观度和提供额外香气）。</w:t>
        <w:br/>
        <w:br/>
        <w:t>2. 答案：直调法、搅和法</w:t>
        <w:br/>
        <w:br/>
        <w:t>解析：吧台常用的调酒手法有四种：摇和法（使用摇酒壶将材料混合并冷却）、调和法（使用调酒杯和滤网将材料混合并冷却）、直调法（直接在服务杯中混合材料）和搅和法（使用搅拌机将材料混合并冷却）。</w:t>
        <w:br/>
        <w:br/>
        <w:t>3. 答案：美国威士忌、加拿大威士忌</w:t>
        <w:br/>
        <w:br/>
        <w:t>解析：威士忌按照产地可以分为四大类：苏格兰威士忌、爱尔兰威士忌、美国威士忌和加拿大威士忌。每种威士忌都有其独特的制作工艺和风味特点。</w:t>
        <w:br/>
        <w:br/>
        <w:t>4. 答案：香槟杯、威士忌杯</w:t>
        <w:br/>
        <w:br/>
        <w:t>解析：酒吧常用的玻璃杯类型多种多样，包括马天尼杯（用于盛放马天尼等鸡尾酒）、高球杯（用于盛放金汤力等加冰饮品）、香槟杯（用于盛放香槟等起泡酒）和威士忌杯（用于盛放威士忌等烈酒）。</w:t>
        <w:br/>
        <w:br/>
        <w:t>5. 答案：调制饮品、结账送客</w:t>
        <w:br/>
        <w:br/>
        <w:t>解析：吧台服务的基本流程通常包括以下几个步骤：迎接客人（热情问候，引导入座）、介绍酒水（根据客人需求推荐合适的饮品）、调制饮品（按照标准配方制作）、结账送客（提供账单，感谢客人光临）。</w:t>
        <w:br/>
        <w:br/>
        <w:t>三、判断题</w:t>
        <w:br/>
        <w:br/>
        <w:t>1. 答案：√</w:t>
        <w:br/>
        <w:br/>
        <w:t>解析：鸡尾酒中的"酸"味主要来源于柑橘类果汁，如柠檬汁、青柠汁或橙汁。这些果汁不仅提供酸味，还能平衡其他味道，使鸡尾酒口感更加丰富和谐。</w:t>
        <w:br/>
        <w:br/>
        <w:t>2. 答案：×</w:t>
        <w:br/>
        <w:br/>
        <w:t>解析：在吧台工作中，应该按照客人到达的先后顺序提供服务，这是基本的职业道德和服务礼仪。同时为多位客人点单可能会导致混乱，降低服务质量，影响客人的体验。</w:t>
        <w:br/>
        <w:br/>
        <w:t>3. 答案：×</w:t>
        <w:br/>
        <w:br/>
        <w:t>解析：并非所有鸡尾酒都需要加冰块。有些鸡尾酒，如某些短饮类鸡尾酒，可能不需要加冰块；而一些热饮类鸡尾酒，如热葡萄酒，则完全不需要冰块。是否加冰取决于鸡尾酒的类型和配方要求。</w:t>
        <w:br/>
        <w:br/>
        <w:t>4. 答案：√</w:t>
        <w:br/>
        <w:br/>
        <w:t>解析：吧台工作人员应该熟悉各类酒水的产地、特点、制作工艺和适合的饮用方式，这是提供专业服务的基础。只有具备丰富的酒水知识，才能为客人提供准确的建议和优质的服务。</w:t>
        <w:br/>
        <w:br/>
        <w:t>5. 答案：×</w:t>
        <w:br/>
        <w:br/>
        <w:t>解析：开启香槟酒时，应该将瓶口朝向安全方向，通常是斜向上方，而不是朝向客人。这样可以防止瓶塞意外弹出伤到客人，确保服务安全。</w:t>
        <w:br/>
        <w:br/>
        <w:t>四、多项选择题</w:t>
        <w:br/>
        <w:br/>
        <w:t>1. 答案：A、B、C</w:t>
        <w:br/>
        <w:br/>
        <w:t>解析：吧台工作人员应具备的基本素质包括：良好的沟通能力（与客人有效交流）、丰富的酒水知识（提供专业建议）和熟练的调酒技巧（制作优质饮品）。虽然良好的身体素质有助于长时间站立工作，但它不是最核心的基本素质。</w:t>
        <w:br/>
        <w:br/>
        <w:t>2. 答案：A、B、D</w:t>
        <w:br/>
        <w:br/>
        <w:t>解析：莫吉托、森林宾治和自由古巴都是以朗姆酒为基酒的经典鸡尾酒。莫吉托的主要成分包括朗姆酒、薄荷、青柠汁和糖；森林宾治是一种由朗姆酒和多种果汁混合的鸡尾酒；自由古巴则是由朗姆酒和可乐调制而成。而玛格丽特是以龙舌兰酒为基酒的鸡尾酒。</w:t>
        <w:br/>
        <w:br/>
        <w:t>五、简答题</w:t>
        <w:br/>
        <w:br/>
        <w:t>1. 答案：</w:t>
        <w:br/>
        <w:br/>
        <w:t>吧台工作的职业道德规范主要包括以下几个方面：</w:t>
        <w:br/>
        <w:br/>
        <w:t>a) 诚信为本：不虚报价格，不欺骗客人，如实介绍酒水信息。</w:t>
        <w:br/>
        <w:br/>
        <w:t>b) 专业服务：具备丰富的酒水知识和调酒技巧，为客人提供专业、高效的服务。</w:t>
        <w:br/>
        <w:br/>
        <w:t>c) 尊重客人：尊重客人的选择和隐私，不歧视客人，提供平等的服务。</w:t>
        <w:br/>
        <w:br/>
        <w:t>d) 团队协作：与同事保持良好沟通，互相尊重，共同维护吧台的良好运营。</w:t>
        <w:br/>
        <w:br/>
        <w:t>e) 遵守法规：遵守相关法律法规，不向未成年人售酒，不提供过量酒精饮品。</w:t>
        <w:br/>
        <w:br/>
        <w:t>f) 环保意识：合理使用资源，减少浪费，保护环境。</w:t>
        <w:br/>
        <w:br/>
        <w:t>2. 答案：</w:t>
        <w:br/>
        <w:br/>
        <w:t>为客人推荐适合的鸡尾酒时，可以按照以下步骤进行：</w:t>
        <w:br/>
        <w:br/>
        <w:t>a) 了解客人需求：主动询问客人的口味偏好，如喜欢甜味、酸味还是烈味，是否有过敏原等。</w:t>
        <w:br/>
        <w:br/>
        <w:t>b) 考虑场合因素：根据客人用餐或聚会的场合，推荐适合的鸡尾酒。例如，正式场合可以选择经典鸡尾酒，休闲场合可以选择创新鸡尾酒。</w:t>
        <w:br/>
        <w:br/>
        <w:t>c) 结合季节特点：根据季节推荐适合的鸡尾酒，如夏季推荐清爽型鸡尾酒，冬季推荐温热型鸡尾酒。</w:t>
        <w:br/>
        <w:br/>
        <w:t>d) 提供专业建议：基于客人的需求和自身专业知识，推荐2-3款适合的鸡尾酒，并简要介绍每款的特点。</w:t>
        <w:br/>
        <w:br/>
        <w:t>e) 尊重客人选择：最终让客人根据自己的喜好做出选择，不强推高价或复杂饮品。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