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2025年阅读题库及测试题及答案</w:t>
      </w:r>
    </w:p>
    <w:p>
      <w:r>
        <w:br/>
        <w:t xml:space="preserve"> 一、单项选择题（共10题，每题2分，共20分）</w:t>
        <w:br/>
        <w:br/>
        <w:t>1. 阅读理解中，以下哪项不是有效的阅读策略？</w:t>
        <w:br/>
        <w:br/>
        <w:t>A. 预测文章内容</w:t>
        <w:br/>
        <w:br/>
        <w:t>B. 标记关键词和重要信息</w:t>
        <w:br/>
        <w:br/>
        <w:t>C. 完全依靠记忆理解文章</w:t>
        <w:br/>
        <w:br/>
        <w:t>D. 提出问题并寻找答案</w:t>
        <w:br/>
        <w:br/>
        <w:t>2. 在阅读过程中，以下哪种方法有助于提高阅读速度？</w:t>
        <w:br/>
        <w:br/>
        <w:t>A. 逐字阅读</w:t>
        <w:br/>
        <w:br/>
        <w:t>B. 指读法</w:t>
        <w:br/>
        <w:br/>
        <w:t>C. 扫读和略读</w:t>
        <w:br/>
        <w:br/>
        <w:t>D. 反复读同一句话</w:t>
        <w:br/>
        <w:br/>
        <w:t>3. 阅读理解题中，"作者态度"题主要考察什么能力？</w:t>
        <w:br/>
        <w:br/>
        <w:t>A. 识别作者的情感倾向</w:t>
        <w:br/>
        <w:br/>
        <w:t>B. 记忆文章细节</w:t>
        <w:br/>
        <w:br/>
        <w:t>C. 扩展文章内容</w:t>
        <w:br/>
        <w:br/>
        <w:t>D. 评价文章结构</w:t>
        <w:br/>
        <w:br/>
        <w:t>4. 以下哪项不是阅读理解中的常见题型？</w:t>
        <w:br/>
        <w:br/>
        <w:t>A. 主旨大意题</w:t>
        <w:br/>
        <w:br/>
        <w:t>B. 词义猜测题</w:t>
        <w:br/>
        <w:br/>
        <w:t>C. 数学计算题</w:t>
        <w:br/>
        <w:br/>
        <w:t>D. 推理判断题</w:t>
        <w:br/>
        <w:br/>
        <w:t>5. 在阅读科技类文章时，以下哪种方法最有效？</w:t>
        <w:br/>
        <w:br/>
        <w:t>A. 跳过专业术语直接阅读</w:t>
        <w:br/>
        <w:br/>
        <w:t>B. 查阅专业术语并理解其含义</w:t>
        <w:br/>
        <w:br/>
        <w:t>C. 仅阅读文章开头和结尾</w:t>
        <w:br/>
        <w:br/>
        <w:t>D. 完全依靠背景知识理解</w:t>
        <w:br/>
        <w:br/>
        <w:t>6. 阅读理解中的"推断题"主要考察什么能力？</w:t>
        <w:br/>
        <w:br/>
        <w:t>A. 直接从文中找到明确答案</w:t>
        <w:br/>
        <w:br/>
        <w:t>B. 根据已知信息进行合理推测</w:t>
        <w:br/>
        <w:br/>
        <w:t>C. 记忆文章具体内容</w:t>
        <w:br/>
        <w:br/>
        <w:t>D. 评价文章写作风格</w:t>
        <w:br/>
        <w:br/>
        <w:t>7. 以下哪项是提高阅读理解能力的关键？</w:t>
        <w:br/>
        <w:br/>
        <w:t>A. 增加阅读量</w:t>
        <w:br/>
        <w:br/>
        <w:t>B. 减少阅读时间</w:t>
        <w:br/>
        <w:br/>
        <w:t>C. 只阅读感兴趣的内容</w:t>
        <w:br/>
        <w:br/>
        <w:t>D. 避免阅读不同类型的文章</w:t>
        <w:br/>
        <w:br/>
        <w:t>8. 在阅读文学作品时，以下哪种方法有助于深入理解？</w:t>
        <w:br/>
        <w:br/>
        <w:t>A. 忽略文化背景</w:t>
        <w:br/>
        <w:br/>
        <w:t>B. 关注人物关系和情节发展</w:t>
        <w:br/>
        <w:br/>
        <w:t>C. 快速浏览获取大意</w:t>
        <w:br/>
        <w:br/>
        <w:t>D. 仅关注对话部分</w:t>
        <w:br/>
        <w:br/>
        <w:t>9. 阅读理解中的"词义猜测题"通常考察什么能力？</w:t>
        <w:br/>
        <w:br/>
        <w:t>A. 词汇量大小</w:t>
        <w:br/>
        <w:br/>
        <w:t>B. 根据上下文推测词义</w:t>
        <w:br/>
        <w:br/>
        <w:t>C. 记忆词典定义</w:t>
        <w:br/>
        <w:br/>
        <w:t>D. 忽略不认识的词</w:t>
        <w:br/>
        <w:br/>
        <w:t>10. 以下哪项是有效的阅读笔记方法？</w:t>
        <w:br/>
        <w:br/>
        <w:t>A. 完整抄写整篇文章</w:t>
        <w:br/>
        <w:br/>
        <w:t>B. 仅记录个人感受</w:t>
        <w:br/>
        <w:br/>
        <w:t>C. 提炼关键信息和结构</w:t>
        <w:br/>
        <w:br/>
        <w:t>D. 不做任何笔记</w:t>
        <w:br/>
        <w:br/>
        <w:t xml:space="preserve"> 二、判断题（共5题，每题2分，共10分）</w:t>
        <w:br/>
        <w:br/>
        <w:t>1. 阅读时，应该逐字逐句仔细阅读，不应跳过任何部分。（ ）</w:t>
        <w:br/>
        <w:br/>
        <w:t>2. 阅读理解中，作者的观点和态度通常会在文章中直接明确表达。（ ）</w:t>
        <w:br/>
        <w:br/>
        <w:t>3. 扫读和略读是提高阅读效率的有效方法。（ ）</w:t>
        <w:br/>
        <w:br/>
        <w:t>4. 阅读时遇到生词，应该立即查字典，不应猜测词义。（ ）</w:t>
        <w:br/>
        <w:br/>
        <w:t>5. 阅读不同类型的文章应该采用相同的阅读策略。（ ）</w:t>
        <w:br/>
        <w:br/>
        <w:t xml:space="preserve"> 三、多项选择题（共2题，每题2分，共4分）</w:t>
        <w:br/>
        <w:br/>
        <w:t>1. 以下哪些是提高阅读理解能力的有效方法？（ ）</w:t>
        <w:br/>
        <w:br/>
        <w:t>A. 增加阅读量</w:t>
        <w:br/>
        <w:br/>
        <w:t>B. 学习阅读策略</w:t>
        <w:br/>
        <w:br/>
        <w:t>C. 扩大词汇量</w:t>
        <w:br/>
        <w:br/>
        <w:t>D. 只阅读简单文章</w:t>
        <w:br/>
        <w:br/>
        <w:t>2. 阅读理解中，以下哪些题型属于推理判断类？（ ）</w:t>
        <w:br/>
        <w:br/>
        <w:t>A. 作者态度题</w:t>
        <w:br/>
        <w:br/>
        <w:t>B. 词义猜测题</w:t>
        <w:br/>
        <w:br/>
        <w:t>C. 细节理解题</w:t>
        <w:br/>
        <w:br/>
        <w:t>D. 暗示推理题</w:t>
        <w:br/>
        <w:br/>
        <w:t xml:space="preserve"> 四、填空题（共5题，每题2分，共10分）</w:t>
        <w:br/>
        <w:br/>
        <w:t>1. 阅读理解中的"三读法"是指______、______和______。</w:t>
        <w:br/>
        <w:br/>
        <w:t>2. 阅读理解题常见的五大题型是主旨大意题、细节理解题、词义猜测题、推理判断题和______。</w:t>
        <w:br/>
        <w:br/>
        <w:t>3. 提高阅读理解能力的四个关键要素是词汇量、背景知识、阅读策略和______。</w:t>
        <w:br/>
        <w:br/>
        <w:t>4. 阅读理解中的"SQ3R"阅读法分别代表______、______、______、______和______。</w:t>
        <w:br/>
        <w:br/>
        <w:t>5. 阅读理解中，常见的文章结构有总分结构、分总结构、______和______。</w:t>
        <w:br/>
        <w:br/>
        <w:t xml:space="preserve"> 五、简答题（共2题，每题5分，共10分）</w:t>
        <w:br/>
        <w:br/>
        <w:t>1. 简述阅读理解中"预测"策略的具体应用方法及其作用。</w:t>
        <w:br/>
        <w:br/>
        <w:t>2. 请分析阅读理解中"作者态度"题的解题思路，并举例说明。</w:t>
        <w:br/>
        <w:br/>
        <w:t xml:space="preserve"> 参考答案及解析</w:t>
        <w:br/>
        <w:br/>
        <w:t xml:space="preserve"> 一、单项选择题</w:t>
        <w:br/>
        <w:br/>
        <w:t>1. 答案：C</w:t>
        <w:br/>
        <w:br/>
        <w:t>解析：完全依靠记忆理解文章不是有效的阅读策略。有效的阅读策略包括预测文章内容、标记关键词和重要信息、提出问题并寻找答案等。记忆虽然重要，但不应该作为理解文章的主要方式。</w:t>
        <w:br/>
        <w:br/>
        <w:t>2. 答案：C</w:t>
        <w:br/>
        <w:br/>
        <w:t>解析：扫读和略读是提高阅读速度的有效方法。扫读用于查找特定信息，略读用于获取文章大意。逐字阅读、指读法和反复读同一句话都会降低阅读速度。</w:t>
        <w:br/>
        <w:br/>
        <w:t>3. 答案：A</w:t>
        <w:br/>
        <w:br/>
        <w:t>解析："作者态度"题主要考察识别作者情感倾向的能力。这类题目要求读者通过作者的用词、语气和表达方式，判断作者对所讨论话题的态度是支持、反对、中立还是其他情感倾向。</w:t>
        <w:br/>
        <w:br/>
        <w:t>4. 答案：C</w:t>
        <w:br/>
        <w:br/>
        <w:t>解析：数学计算题不是阅读理解中的常见题型。阅读理解常见题型包括主旨大意题、词义猜测题、推理判断题、细节理解题和作者态度题等。</w:t>
        <w:br/>
        <w:br/>
        <w:t>5. 答案：B</w:t>
        <w:br/>
        <w:br/>
        <w:t>解析：阅读科技类文章时，查阅专业术语并理解其含义是最有效的方法。科技文章通常包含大量专业术语，理解这些术语是理解文章内容的关键。跳过专业术语会导致理解不完整，仅阅读开头和结尾会忽略重要信息。</w:t>
        <w:br/>
        <w:br/>
        <w:t>6. 答案：B</w:t>
        <w:br/>
        <w:br/>
        <w:t>解析：阅读理解中的"推断题"主要考察根据已知信息进行合理推测的能力。这类题目要求读者在文章中没有直接给出答案的情况下，通过已有信息进行逻辑推理，得出合理的结论。</w:t>
        <w:br/>
        <w:br/>
        <w:t>7. 答案：A</w:t>
        <w:br/>
        <w:br/>
        <w:t>解析：增加阅读量是提高阅读理解能力的关键。通过大量阅读，可以扩大词汇量、增强语感、提高理解速度和深度。减少阅读时间、只阅读感兴趣的内容和避免阅读不同类型的文章都会限制阅读能力的全面发展。</w:t>
        <w:br/>
        <w:br/>
        <w:t>8. 答案：B</w:t>
        <w:br/>
        <w:br/>
        <w:t>解析：阅读文学作品时，关注人物关系和情节发展有助于深入理解。文学作品通常通过人物塑造和情节发展来表达主题和情感，理解这些元素是把握作品内涵的关键。</w:t>
        <w:br/>
        <w:br/>
        <w:t>9. 答案：B</w:t>
        <w:br/>
        <w:br/>
        <w:t>解析：阅读理解中的"词义猜测题"主要考察根据上下文推测词义的能力。这类题目要求读者在不使用词典的情况下，通过词语在句子和段落中的位置、与其他词语的关系以及上下文逻辑来推测词义。</w:t>
        <w:br/>
        <w:br/>
        <w:t>10. 答案：C</w:t>
        <w:br/>
        <w:br/>
        <w:t>解析：提炼关键信息和结构是有效的阅读笔记方法。有效的笔记应该简洁明了，突出重点，帮助读者回顾和巩固阅读内容。完整抄写整篇文章效率低下，仅记录个人感受可能忽略重要信息，不做笔记则不利于记忆和理解。</w:t>
        <w:br/>
        <w:br/>
        <w:t xml:space="preserve"> 二、判断题</w:t>
        <w:br/>
        <w:br/>
        <w:t>1. 答案：×</w:t>
        <w:br/>
        <w:br/>
        <w:t>解析：阅读时不应逐字逐句仔细阅读，也不应跳过任何部分。有效的阅读策略是根据阅读目的和文章类型，采用不同的阅读方法，如扫读、略读或精读，有选择地关注重要信息，而不是机械地阅读每一个字。</w:t>
        <w:br/>
        <w:br/>
        <w:t>2. 答案：×</w:t>
        <w:br/>
        <w:br/>
        <w:t>解析：阅读理解中，作者的观点和态度有时会在文章中直接明确表达，但更多时候是通过间接方式暗示的，如用词选择、语气、举例方式等。因此，读者需要具备识别间接表达的能力。</w:t>
        <w:br/>
        <w:br/>
        <w:t>3. 答案：√</w:t>
        <w:br/>
        <w:br/>
        <w:t>解析：扫读和略读是提高阅读效率的有效方法。扫读用于快速查找特定信息，略读用于快速获取文章大意，这两种方法都能在保证理解的前提下提高阅读速度。</w:t>
        <w:br/>
        <w:br/>
        <w:t>4. 答案：×</w:t>
        <w:br/>
        <w:br/>
        <w:t>解析：阅读时遇到生词，不应立即查字典，而应先尝试根据上下文猜测词义。这样可以保持阅读的连贯性，同时培养根据上下文推测词义的能力，这也是阅读理解考试中常见的技能要求。</w:t>
        <w:br/>
        <w:br/>
        <w:t>5. 答案：×</w:t>
        <w:br/>
        <w:br/>
        <w:t>解析：阅读不同类型的文章应该采用不同的阅读策略。例如，阅读文学作品需要关注人物和情节，阅读科技文章需要理解专业术语和逻辑关系，阅读新闻需要关注时间、地点、人物、事件等要素。</w:t>
        <w:br/>
        <w:br/>
        <w:t xml:space="preserve"> 三、多项选择题</w:t>
        <w:br/>
        <w:br/>
        <w:t>1. 答案：ABC</w:t>
        <w:br/>
        <w:br/>
        <w:t>解析：提高阅读理解能力的有效方法包括增加阅读量、学习阅读策略和扩大词汇量。增加阅读量可以提供更多练习机会，学习阅读策略可以提高阅读效率，扩大词汇量可以减少理解障碍。只阅读简单文章则无法有效提高阅读能力，因为缺乏挑战性。</w:t>
        <w:br/>
        <w:br/>
        <w:t>2. 答案：AD</w:t>
        <w:br/>
        <w:br/>
        <w:t>解析：阅读理解中，作者态度题和暗示推理题属于推理判断类。作者态度题要求读者推断作者的情感倾向，暗示推理题要求读者根据文章内容进行合理推断。细节理解题要求直接从文中找到明确答案，词义猜测题要求推测词语含义，这两类不属于推理判断类。</w:t>
        <w:br/>
        <w:br/>
        <w:t xml:space="preserve"> 四、填空题</w:t>
        <w:br/>
        <w:br/>
        <w:t>1. 答案：初读、细读、复读</w:t>
        <w:br/>
        <w:br/>
        <w:t>解析："三读法"是一种有效的阅读方法，包括初读（快速浏览获取大意）、细读（深入理解文章内容和结构）和复读（回顾和巩固理解）。这种方法有助于全面把握文章内容，提高阅读理解效果。</w:t>
        <w:br/>
        <w:br/>
        <w:t>2. 答案：作者态度题</w:t>
        <w:br/>
        <w:br/>
        <w:t>解析：阅读理解题常见的五大题型是主旨大意题、细节理解题、词义猜测题、推理判断题和作者态度题。这些题型从不同角度考察读者的阅读理解能力，覆盖了文章的主要内容、细节、词汇、推理和作者观点等方面。</w:t>
        <w:br/>
        <w:br/>
        <w:t>3. 答案：思维能力</w:t>
        <w:br/>
        <w:br/>
        <w:t>解析：提高阅读理解能力的四个关键要素是词汇量、背景知识、阅读策略和思维能力。词汇量是理解的基础，背景知识有助于理解文章内容，阅读策略提高阅读效率，思维能力则帮助读者进行深入分析和推理。</w:t>
        <w:br/>
        <w:br/>
        <w:t>4. 答案：浏览(Survey)、提问(Question)、阅读(Read)、背诵(Recite)、复习(Review)</w:t>
        <w:br/>
        <w:br/>
        <w:t>解析："SQ3R"阅读法是一种系统化的阅读方法，分别代表浏览(快速了解文章结构)、提问(根据标题和副标题提出问题)、阅读(带着问题仔细阅读)、背诵(尝试复述主要内容)和复习(定期回顾和巩固)。</w:t>
        <w:br/>
        <w:br/>
        <w:t>5. 答案：并列结构、对比结构</w:t>
        <w:br/>
        <w:br/>
        <w:t>解析：阅读理解中，常见的文章结构有总分结构、分总结构、并列结构和对比结构。总分结构是先提出总论点再分述，分总结构是先分述再总结，并列结构是各部分内容平等并列，对比结构是通过对比不同观点或事物来表达主题。</w:t>
        <w:br/>
        <w:br/>
        <w:t xml:space="preserve"> 五、简答题</w:t>
        <w:br/>
        <w:br/>
        <w:t>1. 答案：</w:t>
        <w:br/>
        <w:br/>
        <w:t>"预测"策略在阅读理解中的具体应用方法包括：</w:t>
        <w:br/>
        <w:br/>
        <w:t>- 根据文章标题、副标题和图片预测文章内容</w:t>
        <w:br/>
        <w:br/>
        <w:t>- 根据已知段落内容预测下文可能的发展</w:t>
        <w:br/>
        <w:br/>
        <w:t>- 根据作者观点预测其可能使用的论据</w:t>
        <w:br/>
        <w:br/>
        <w:t>- 根据文章结构预测各部分之间的关系</w:t>
        <w:br/>
        <w:br/>
        <w:t>"预测"策略的作用：</w:t>
        <w:br/>
        <w:br/>
        <w:t>- 提高阅读的主动性和参与度</w:t>
        <w:br/>
        <w:br/>
        <w:t>- 建立阅读目的，增强阅读动力</w:t>
        <w:br/>
        <w:br/>
        <w:t>- 促进对文章内容的理解和记忆</w:t>
        <w:br/>
        <w:br/>
        <w:t>- 培养逻辑思维和推理能力</w:t>
        <w:br/>
        <w:br/>
        <w:t>- 帮助读者在阅读过程中验证自己的理解是否正确</w:t>
        <w:br/>
        <w:br/>
        <w:t>2. 答案：</w:t>
        <w:br/>
        <w:br/>
        <w:t>阅读理解中"作者态度"题的解题思路：</w:t>
        <w:br/>
        <w:br/>
        <w:t>第一步：识别表达态度的词汇和语气</w:t>
        <w:br/>
        <w:br/>
        <w:t>- 注意形容词、副词的选择</w:t>
        <w:br/>
        <w:br/>
        <w:t>- 观察情感色彩的词语</w:t>
        <w:br/>
        <w:br/>
        <w:t>- 留意反问句、感叹句等特殊句式</w:t>
        <w:br/>
        <w:br/>
        <w:t>第二步：分析作者的论述方式</w:t>
        <w:br/>
        <w:br/>
        <w:t>- 作者使用的例证是支持还是反对某个观点</w:t>
        <w:br/>
        <w:br/>
        <w:t>- 作者对不同观点的描述篇幅和详细程度</w:t>
        <w:br/>
        <w:br/>
        <w:t>- 作者引用的权威人士或研究是否支持其观点</w:t>
        <w:br/>
        <w:br/>
        <w:t>第三步：考虑文章的上下文和写作背景</w:t>
        <w:br/>
        <w:br/>
        <w:t>- 文章的写作目的和读者对象</w:t>
        <w:br/>
        <w:br/>
        <w:t>- 文章发表的时代背景和社会环境</w:t>
        <w:br/>
        <w:br/>
        <w:t>举例说明：</w:t>
        <w:br/>
        <w:br/>
        <w:t>阅读一篇关于远程工作的文章，如果作者使用"革命性"、"突破性"等积极词汇描述远程工作，并列举大量成功案例，而对传统工作模式的描述较为简略，则可以推断作者对远程工作持支持态度。相反，如果作者强调远程工作中的"挑战"、"困难"等负面词汇，并引用研究指出远程工作效率下降，则可以推断作者对远程工作持保留或反对态度。</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